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D62" w:rsidRDefault="005E271D" w14:paraId="7F44A7E2" w14:textId="12F803E2">
      <w:pPr>
        <w:pStyle w:val="Title"/>
        <w:rPr>
          <w:noProof/>
        </w:rPr>
      </w:pPr>
      <w:r w:rsidRPr="005E271D">
        <w:drawing>
          <wp:anchor distT="0" distB="0" distL="114300" distR="114300" simplePos="0" relativeHeight="251657216" behindDoc="1" locked="0" layoutInCell="1" allowOverlap="1" wp14:editId="3792D9F8" wp14:anchorId="785E8B45">
            <wp:simplePos x="0" y="0"/>
            <wp:positionH relativeFrom="column">
              <wp:posOffset>7772400</wp:posOffset>
            </wp:positionH>
            <wp:positionV relativeFrom="paragraph">
              <wp:posOffset>-596900</wp:posOffset>
            </wp:positionV>
            <wp:extent cx="857250" cy="1046709"/>
            <wp:effectExtent l="0" t="0" r="0" b="1270"/>
            <wp:wrapNone/>
            <wp:docPr id="119476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76294" name=""/>
                    <pic:cNvPicPr/>
                  </pic:nvPicPr>
                  <pic:blipFill>
                    <a:blip r:embed="rId9"/>
                    <a:stretch>
                      <a:fillRect/>
                    </a:stretch>
                  </pic:blipFill>
                  <pic:spPr>
                    <a:xfrm>
                      <a:off x="0" y="0"/>
                      <a:ext cx="857250" cy="1046709"/>
                    </a:xfrm>
                    <a:prstGeom prst="rect">
                      <a:avLst/>
                    </a:prstGeom>
                  </pic:spPr>
                </pic:pic>
              </a:graphicData>
            </a:graphic>
            <wp14:sizeRelH relativeFrom="margin">
              <wp14:pctWidth>0</wp14:pctWidth>
            </wp14:sizeRelH>
            <wp14:sizeRelV relativeFrom="margin">
              <wp14:pctHeight>0</wp14:pctHeight>
            </wp14:sizeRelV>
          </wp:anchor>
        </w:drawing>
      </w:r>
      <w:r>
        <w:t>1</w:t>
      </w:r>
      <w:r w:rsidR="000712F4">
        <w:t>0-Minute Business Continuity Assessment</w:t>
      </w:r>
      <w:r w:rsidRPr="005E271D">
        <w:rPr>
          <w:noProof/>
        </w:rPr>
        <w:t xml:space="preserve"> </w:t>
      </w:r>
    </w:p>
    <w:p w:rsidRPr="00AF6CDD" w:rsidR="00AF6CDD" w:rsidRDefault="00AF6CDD" w14:paraId="222AADE4" w14:textId="77777777">
      <w:pPr>
        <w:spacing w:after="0"/>
        <w:rPr>
          <w:rFonts w:ascii="Arial" w:hAnsi="Arial" w:cs="Arial"/>
          <w:kern w:val="2"/>
          <w:sz w:val="24"/>
          <w:szCs w:val="24"/>
          <w:lang w:val="en-GB" w:eastAsia="en-GB"/>
          <w14:ligatures w14:val="standardContextual"/>
        </w:rPr>
      </w:pPr>
      <w:r w:rsidRPr="00AF6CDD">
        <w:rPr>
          <w:rFonts w:ascii="Arial" w:hAnsi="Arial" w:cs="Arial"/>
          <w:sz w:val="24"/>
          <w:szCs w:val="24"/>
        </w:rPr>
        <w:t>This quick assessment helps you review how well your business continuity arrangements are in place. It is divided into sections for ease of reference, and ideally all criteria should be met.</w:t>
      </w:r>
    </w:p>
    <w:p w:rsidR="00106D62" w:rsidRDefault="000712F4" w14:paraId="07E986FC" w14:textId="77777777">
      <w:pPr>
        <w:pStyle w:val="Heading1"/>
      </w:pPr>
      <w:r>
        <w:t>Business Continuity Planning</w:t>
      </w:r>
    </w:p>
    <w:tbl>
      <w:tblPr>
        <w:tblStyle w:val="PlainTable1"/>
        <w:tblW w:w="0" w:type="auto"/>
        <w:tblLook w:val="04A0" w:firstRow="1" w:lastRow="0" w:firstColumn="1" w:lastColumn="0" w:noHBand="0" w:noVBand="1"/>
      </w:tblPr>
      <w:tblGrid>
        <w:gridCol w:w="8952"/>
        <w:gridCol w:w="1419"/>
        <w:gridCol w:w="1419"/>
        <w:gridCol w:w="1826"/>
      </w:tblGrid>
      <w:tr w:rsidR="00106D62" w:rsidTr="00AF6CDD" w14:paraId="0E07401F" w14:textId="77777777">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952" w:type="dxa"/>
          </w:tcPr>
          <w:p w:rsidRPr="00AF6CDD" w:rsidR="00106D62" w:rsidRDefault="000712F4" w14:paraId="24EC2B05" w14:textId="77777777">
            <w:pPr>
              <w:rPr>
                <w:rFonts w:ascii="Arial" w:hAnsi="Arial" w:cs="Arial"/>
                <w:sz w:val="24"/>
                <w:szCs w:val="24"/>
              </w:rPr>
            </w:pPr>
            <w:r w:rsidRPr="00AF6CDD">
              <w:rPr>
                <w:rFonts w:ascii="Arial" w:hAnsi="Arial" w:cs="Arial"/>
                <w:sz w:val="24"/>
                <w:szCs w:val="24"/>
              </w:rPr>
              <w:t>Question</w:t>
            </w:r>
          </w:p>
        </w:tc>
        <w:tc>
          <w:tcPr>
            <w:tcW w:w="1419" w:type="dxa"/>
          </w:tcPr>
          <w:p w:rsidRPr="00AF6CDD" w:rsidR="00106D62" w:rsidRDefault="000712F4" w14:paraId="133B1E82"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Yes</w:t>
            </w:r>
          </w:p>
        </w:tc>
        <w:tc>
          <w:tcPr>
            <w:tcW w:w="1419" w:type="dxa"/>
          </w:tcPr>
          <w:p w:rsidRPr="00AF6CDD" w:rsidR="00106D62" w:rsidRDefault="000712F4" w14:paraId="5E0E23D6"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No</w:t>
            </w:r>
          </w:p>
        </w:tc>
        <w:tc>
          <w:tcPr>
            <w:tcW w:w="1826" w:type="dxa"/>
          </w:tcPr>
          <w:p w:rsidRPr="00AF6CDD" w:rsidR="00106D62" w:rsidRDefault="000712F4" w14:paraId="5F81B4F0"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Don't know</w:t>
            </w:r>
          </w:p>
        </w:tc>
      </w:tr>
      <w:tr w:rsidR="00106D62" w:rsidTr="00AF6CDD" w14:paraId="51D9DEA3" w14:textId="77777777">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952" w:type="dxa"/>
          </w:tcPr>
          <w:p w:rsidRPr="00AF6CDD" w:rsidR="00106D62" w:rsidRDefault="000712F4" w14:paraId="47338C13" w14:textId="77777777">
            <w:pPr>
              <w:rPr>
                <w:rFonts w:ascii="Arial" w:hAnsi="Arial" w:cs="Arial"/>
                <w:b w:val="0"/>
                <w:bCs w:val="0"/>
                <w:sz w:val="24"/>
                <w:szCs w:val="24"/>
              </w:rPr>
            </w:pPr>
            <w:r w:rsidRPr="00AF6CDD">
              <w:rPr>
                <w:rFonts w:ascii="Arial" w:hAnsi="Arial" w:cs="Arial"/>
                <w:b w:val="0"/>
                <w:bCs w:val="0"/>
                <w:sz w:val="24"/>
                <w:szCs w:val="24"/>
              </w:rPr>
              <w:t>Do you have a Business Continuity Plan (BCP)?</w:t>
            </w:r>
          </w:p>
        </w:tc>
        <w:tc>
          <w:tcPr>
            <w:tcW w:w="1419" w:type="dxa"/>
          </w:tcPr>
          <w:p w:rsidRPr="00AF6CDD" w:rsidR="00106D62" w:rsidRDefault="00106D62" w14:paraId="1F91923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419" w:type="dxa"/>
          </w:tcPr>
          <w:p w:rsidRPr="00AF6CDD" w:rsidR="00106D62" w:rsidRDefault="00106D62" w14:paraId="2EA21ABF"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826" w:type="dxa"/>
          </w:tcPr>
          <w:p w:rsidRPr="00AF6CDD" w:rsidR="00106D62" w:rsidRDefault="00106D62" w14:paraId="1BE8ED07"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6338C" w:rsidTr="00AF6CDD" w14:paraId="3BF165C5" w14:textId="77777777">
        <w:trPr>
          <w:trHeight w:val="287"/>
        </w:trPr>
        <w:tc>
          <w:tcPr>
            <w:cnfStyle w:val="001000000000" w:firstRow="0" w:lastRow="0" w:firstColumn="1" w:lastColumn="0" w:oddVBand="0" w:evenVBand="0" w:oddHBand="0" w:evenHBand="0" w:firstRowFirstColumn="0" w:firstRowLastColumn="0" w:lastRowFirstColumn="0" w:lastRowLastColumn="0"/>
            <w:tcW w:w="8952" w:type="dxa"/>
          </w:tcPr>
          <w:p w:rsidRPr="00AF6CDD" w:rsidR="0036338C" w:rsidP="0036338C" w:rsidRDefault="0036338C" w14:paraId="7BBC3520" w14:textId="7BA2179A">
            <w:pPr>
              <w:rPr>
                <w:rFonts w:ascii="Arial" w:hAnsi="Arial" w:cs="Arial"/>
                <w:b w:val="0"/>
                <w:bCs w:val="0"/>
                <w:sz w:val="24"/>
                <w:szCs w:val="24"/>
              </w:rPr>
            </w:pPr>
            <w:r w:rsidRPr="00AF6CDD">
              <w:rPr>
                <w:rFonts w:ascii="Arial" w:hAnsi="Arial" w:cs="Arial"/>
                <w:b w:val="0"/>
                <w:bCs w:val="0"/>
                <w:sz w:val="24"/>
                <w:szCs w:val="24"/>
              </w:rPr>
              <w:t>If yes, have you tested your plan within the last 12 months?</w:t>
            </w:r>
          </w:p>
        </w:tc>
        <w:tc>
          <w:tcPr>
            <w:tcW w:w="1419" w:type="dxa"/>
          </w:tcPr>
          <w:p w:rsidRPr="00AF6CDD" w:rsidR="0036338C" w:rsidP="0036338C" w:rsidRDefault="0036338C" w14:paraId="7E4F167D"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419" w:type="dxa"/>
          </w:tcPr>
          <w:p w:rsidRPr="00AF6CDD" w:rsidR="0036338C" w:rsidP="0036338C" w:rsidRDefault="0036338C" w14:paraId="3B1EC20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26" w:type="dxa"/>
          </w:tcPr>
          <w:p w:rsidRPr="00AF6CDD" w:rsidR="0036338C" w:rsidP="0036338C" w:rsidRDefault="0036338C" w14:paraId="26057F4D"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F6CDD" w:rsidTr="00AF6CDD" w14:paraId="3D078B5D" w14:textId="77777777">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952" w:type="dxa"/>
            <w:tcBorders>
              <w:top w:val="nil"/>
              <w:left w:val="single" w:color="BFBFBF" w:sz="8" w:space="0"/>
              <w:bottom w:val="single" w:color="BFBFBF" w:sz="8" w:space="0"/>
              <w:right w:val="single" w:color="BFBFBF" w:sz="8" w:space="0"/>
            </w:tcBorders>
            <w:shd w:val="clear" w:color="auto" w:fill="F2F2F2"/>
            <w:vAlign w:val="center"/>
            <w:hideMark/>
          </w:tcPr>
          <w:p w:rsidRPr="00AF6CDD" w:rsidR="00AF6CDD" w:rsidRDefault="00AF6CDD" w14:paraId="36703819" w14:textId="77777777">
            <w:pPr>
              <w:rPr>
                <w:rFonts w:ascii="Arial" w:hAnsi="Arial" w:cs="Arial"/>
                <w:b w:val="0"/>
                <w:bCs w:val="0"/>
                <w:kern w:val="2"/>
                <w:sz w:val="24"/>
                <w:szCs w:val="24"/>
                <w:lang w:val="en-GB" w:eastAsia="en-GB"/>
                <w14:ligatures w14:val="standardContextual"/>
              </w:rPr>
            </w:pPr>
            <w:r w:rsidRPr="00AF6CDD">
              <w:rPr>
                <w:rFonts w:ascii="Arial" w:hAnsi="Arial" w:cs="Arial"/>
                <w:b w:val="0"/>
                <w:bCs w:val="0"/>
                <w:color w:val="000000"/>
                <w:sz w:val="24"/>
                <w:szCs w:val="24"/>
              </w:rPr>
              <w:t>Is the plan owner clearly identified?</w:t>
            </w:r>
          </w:p>
        </w:tc>
        <w:tc>
          <w:tcPr>
            <w:tcW w:w="1419"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0A24F50C"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419"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46D9784B"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826"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1FE8B22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r>
      <w:tr w:rsidR="0036338C" w:rsidTr="00AF6CDD" w14:paraId="192974B7" w14:textId="77777777">
        <w:trPr>
          <w:trHeight w:val="287"/>
        </w:trPr>
        <w:tc>
          <w:tcPr>
            <w:cnfStyle w:val="001000000000" w:firstRow="0" w:lastRow="0" w:firstColumn="1" w:lastColumn="0" w:oddVBand="0" w:evenVBand="0" w:oddHBand="0" w:evenHBand="0" w:firstRowFirstColumn="0" w:firstRowLastColumn="0" w:lastRowFirstColumn="0" w:lastRowLastColumn="0"/>
            <w:tcW w:w="8952" w:type="dxa"/>
          </w:tcPr>
          <w:p w:rsidRPr="00AF6CDD" w:rsidR="0036338C" w:rsidP="0036338C" w:rsidRDefault="0036338C" w14:paraId="493C9853" w14:textId="7B999E5D">
            <w:pPr>
              <w:rPr>
                <w:rFonts w:ascii="Arial" w:hAnsi="Arial" w:cs="Arial"/>
                <w:b w:val="0"/>
                <w:bCs w:val="0"/>
                <w:sz w:val="24"/>
                <w:szCs w:val="24"/>
              </w:rPr>
            </w:pPr>
            <w:r w:rsidRPr="00AF6CDD">
              <w:rPr>
                <w:rFonts w:ascii="Arial" w:hAnsi="Arial" w:cs="Arial"/>
                <w:b w:val="0"/>
                <w:bCs w:val="0"/>
                <w:sz w:val="24"/>
                <w:szCs w:val="24"/>
              </w:rPr>
              <w:t>Is the plan documented clearly and easily accessible?</w:t>
            </w:r>
          </w:p>
        </w:tc>
        <w:tc>
          <w:tcPr>
            <w:tcW w:w="1419" w:type="dxa"/>
          </w:tcPr>
          <w:p w:rsidRPr="00AF6CDD" w:rsidR="0036338C" w:rsidP="0036338C" w:rsidRDefault="0036338C" w14:paraId="34AC75DB"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419" w:type="dxa"/>
          </w:tcPr>
          <w:p w:rsidRPr="00AF6CDD" w:rsidR="0036338C" w:rsidP="0036338C" w:rsidRDefault="0036338C" w14:paraId="573213E5"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26" w:type="dxa"/>
          </w:tcPr>
          <w:p w:rsidRPr="00AF6CDD" w:rsidR="0036338C" w:rsidP="0036338C" w:rsidRDefault="0036338C" w14:paraId="37322104"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6338C" w:rsidTr="00AF6CDD" w14:paraId="482157FA" w14:textId="7777777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952" w:type="dxa"/>
          </w:tcPr>
          <w:p w:rsidRPr="00AF6CDD" w:rsidR="0036338C" w:rsidP="0036338C" w:rsidRDefault="0036338C" w14:paraId="3325AE60" w14:textId="200E7F6B">
            <w:pPr>
              <w:rPr>
                <w:rFonts w:ascii="Arial" w:hAnsi="Arial" w:cs="Arial"/>
                <w:b w:val="0"/>
                <w:bCs w:val="0"/>
                <w:sz w:val="24"/>
                <w:szCs w:val="24"/>
              </w:rPr>
            </w:pPr>
            <w:r w:rsidRPr="00AF6CDD">
              <w:rPr>
                <w:rFonts w:ascii="Arial" w:hAnsi="Arial" w:cs="Arial"/>
                <w:b w:val="0"/>
                <w:bCs w:val="0"/>
                <w:sz w:val="24"/>
                <w:szCs w:val="24"/>
              </w:rPr>
              <w:t>Do you have a policy for when to activate your plan?</w:t>
            </w:r>
          </w:p>
        </w:tc>
        <w:tc>
          <w:tcPr>
            <w:tcW w:w="1419" w:type="dxa"/>
          </w:tcPr>
          <w:p w:rsidRPr="00AF6CDD" w:rsidR="0036338C" w:rsidP="0036338C" w:rsidRDefault="0036338C" w14:paraId="479F57AA"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419" w:type="dxa"/>
          </w:tcPr>
          <w:p w:rsidRPr="00AF6CDD" w:rsidR="0036338C" w:rsidP="0036338C" w:rsidRDefault="0036338C" w14:paraId="46F2F6D7"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826" w:type="dxa"/>
          </w:tcPr>
          <w:p w:rsidRPr="00AF6CDD" w:rsidR="0036338C" w:rsidP="0036338C" w:rsidRDefault="0036338C" w14:paraId="71F46706"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6338C" w:rsidTr="00AF6CDD" w14:paraId="10468A3E" w14:textId="77777777">
        <w:trPr>
          <w:trHeight w:val="277"/>
        </w:trPr>
        <w:tc>
          <w:tcPr>
            <w:cnfStyle w:val="001000000000" w:firstRow="0" w:lastRow="0" w:firstColumn="1" w:lastColumn="0" w:oddVBand="0" w:evenVBand="0" w:oddHBand="0" w:evenHBand="0" w:firstRowFirstColumn="0" w:firstRowLastColumn="0" w:lastRowFirstColumn="0" w:lastRowLastColumn="0"/>
            <w:tcW w:w="8952" w:type="dxa"/>
          </w:tcPr>
          <w:p w:rsidRPr="00AF6CDD" w:rsidR="0036338C" w:rsidP="0036338C" w:rsidRDefault="0036338C" w14:paraId="751A9551" w14:textId="72B24D3D">
            <w:pPr>
              <w:rPr>
                <w:rFonts w:ascii="Arial" w:hAnsi="Arial" w:cs="Arial"/>
                <w:b w:val="0"/>
                <w:bCs w:val="0"/>
                <w:sz w:val="24"/>
                <w:szCs w:val="24"/>
              </w:rPr>
            </w:pPr>
            <w:r w:rsidRPr="00AF6CDD">
              <w:rPr>
                <w:rFonts w:ascii="Arial" w:hAnsi="Arial" w:cs="Arial"/>
                <w:b w:val="0"/>
                <w:bCs w:val="0"/>
                <w:sz w:val="24"/>
                <w:szCs w:val="24"/>
              </w:rPr>
              <w:t>Is the plan regularly reviewed?</w:t>
            </w:r>
          </w:p>
        </w:tc>
        <w:tc>
          <w:tcPr>
            <w:tcW w:w="1419" w:type="dxa"/>
          </w:tcPr>
          <w:p w:rsidRPr="00AF6CDD" w:rsidR="0036338C" w:rsidP="0036338C" w:rsidRDefault="0036338C" w14:paraId="17DF2F0D"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419" w:type="dxa"/>
          </w:tcPr>
          <w:p w:rsidRPr="00AF6CDD" w:rsidR="0036338C" w:rsidP="0036338C" w:rsidRDefault="0036338C" w14:paraId="681CCB7B"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26" w:type="dxa"/>
          </w:tcPr>
          <w:p w:rsidRPr="00AF6CDD" w:rsidR="0036338C" w:rsidP="0036338C" w:rsidRDefault="0036338C" w14:paraId="33B70BA5"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6338C" w:rsidTr="00AF6CDD" w14:paraId="7F2956B7" w14:textId="7777777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952" w:type="dxa"/>
          </w:tcPr>
          <w:p w:rsidRPr="00AF6CDD" w:rsidR="0036338C" w:rsidP="0036338C" w:rsidRDefault="0036338C" w14:paraId="7D322311" w14:textId="77777777">
            <w:pPr>
              <w:rPr>
                <w:rFonts w:ascii="Arial" w:hAnsi="Arial" w:cs="Arial"/>
                <w:b w:val="0"/>
                <w:bCs w:val="0"/>
                <w:sz w:val="24"/>
                <w:szCs w:val="24"/>
              </w:rPr>
            </w:pPr>
            <w:r w:rsidRPr="00AF6CDD">
              <w:rPr>
                <w:rFonts w:ascii="Arial" w:hAnsi="Arial" w:cs="Arial"/>
                <w:b w:val="0"/>
                <w:bCs w:val="0"/>
                <w:sz w:val="24"/>
                <w:szCs w:val="24"/>
              </w:rPr>
              <w:t>Has a Business Impact Analysis been completed?</w:t>
            </w:r>
          </w:p>
        </w:tc>
        <w:tc>
          <w:tcPr>
            <w:tcW w:w="1419" w:type="dxa"/>
          </w:tcPr>
          <w:p w:rsidRPr="00AF6CDD" w:rsidR="0036338C" w:rsidP="0036338C" w:rsidRDefault="0036338C" w14:paraId="07784C60"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419" w:type="dxa"/>
          </w:tcPr>
          <w:p w:rsidRPr="00AF6CDD" w:rsidR="0036338C" w:rsidP="0036338C" w:rsidRDefault="0036338C" w14:paraId="2D16A27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826" w:type="dxa"/>
          </w:tcPr>
          <w:p w:rsidRPr="00AF6CDD" w:rsidR="0036338C" w:rsidP="0036338C" w:rsidRDefault="0036338C" w14:paraId="586393C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F6CDD" w:rsidTr="00AF6CDD" w14:paraId="1AF2FA8B" w14:textId="77777777">
        <w:trPr>
          <w:trHeight w:val="565"/>
        </w:trPr>
        <w:tc>
          <w:tcPr>
            <w:cnfStyle w:val="001000000000" w:firstRow="0" w:lastRow="0" w:firstColumn="1" w:lastColumn="0" w:oddVBand="0" w:evenVBand="0" w:oddHBand="0" w:evenHBand="0" w:firstRowFirstColumn="0" w:firstRowLastColumn="0" w:lastRowFirstColumn="0" w:lastRowLastColumn="0"/>
            <w:tcW w:w="8952" w:type="dxa"/>
            <w:tcBorders>
              <w:top w:val="nil"/>
              <w:left w:val="single" w:color="BFBFBF" w:sz="8" w:space="0"/>
              <w:bottom w:val="single" w:color="BFBFBF" w:sz="8" w:space="0"/>
              <w:right w:val="single" w:color="BFBFBF" w:sz="8" w:space="0"/>
            </w:tcBorders>
            <w:vAlign w:val="center"/>
            <w:hideMark/>
          </w:tcPr>
          <w:p w:rsidRPr="00AF6CDD" w:rsidR="00AF6CDD" w:rsidRDefault="00AF6CDD" w14:paraId="10934025" w14:textId="77777777">
            <w:pPr>
              <w:rPr>
                <w:rFonts w:ascii="Arial" w:hAnsi="Arial" w:cs="Arial"/>
                <w:b w:val="0"/>
                <w:bCs w:val="0"/>
                <w:kern w:val="2"/>
                <w:sz w:val="24"/>
                <w:szCs w:val="24"/>
                <w:lang w:val="en-GB" w:eastAsia="en-GB"/>
                <w14:ligatures w14:val="standardContextual"/>
              </w:rPr>
            </w:pPr>
            <w:r w:rsidRPr="00AF6CDD">
              <w:rPr>
                <w:rFonts w:ascii="Arial" w:hAnsi="Arial" w:cs="Arial"/>
                <w:b w:val="0"/>
                <w:bCs w:val="0"/>
                <w:sz w:val="24"/>
                <w:szCs w:val="24"/>
              </w:rPr>
              <w:t>Are staff aware of business continuity arrangements and communication processes?</w:t>
            </w:r>
          </w:p>
        </w:tc>
        <w:tc>
          <w:tcPr>
            <w:tcW w:w="1419" w:type="dxa"/>
            <w:tcBorders>
              <w:top w:val="nil"/>
              <w:left w:val="nil"/>
              <w:bottom w:val="single" w:color="BFBFBF" w:sz="8" w:space="0"/>
              <w:right w:val="single" w:color="BFBFBF" w:sz="8" w:space="0"/>
            </w:tcBorders>
            <w:vAlign w:val="center"/>
            <w:hideMark/>
          </w:tcPr>
          <w:p w:rsidRPr="00AF6CDD" w:rsidR="00AF6CDD" w:rsidRDefault="00AF6CDD" w14:paraId="7C108F66"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419" w:type="dxa"/>
            <w:tcBorders>
              <w:top w:val="nil"/>
              <w:left w:val="nil"/>
              <w:bottom w:val="single" w:color="BFBFBF" w:sz="8" w:space="0"/>
              <w:right w:val="single" w:color="BFBFBF" w:sz="8" w:space="0"/>
            </w:tcBorders>
            <w:vAlign w:val="center"/>
            <w:hideMark/>
          </w:tcPr>
          <w:p w:rsidRPr="00AF6CDD" w:rsidR="00AF6CDD" w:rsidRDefault="00AF6CDD" w14:paraId="225A3298"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826" w:type="dxa"/>
            <w:tcBorders>
              <w:top w:val="nil"/>
              <w:left w:val="nil"/>
              <w:bottom w:val="single" w:color="BFBFBF" w:sz="8" w:space="0"/>
              <w:right w:val="single" w:color="BFBFBF" w:sz="8" w:space="0"/>
            </w:tcBorders>
            <w:vAlign w:val="center"/>
            <w:hideMark/>
          </w:tcPr>
          <w:p w:rsidRPr="00AF6CDD" w:rsidR="00AF6CDD" w:rsidRDefault="00AF6CDD" w14:paraId="7953B27A"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r>
    </w:tbl>
    <w:p w:rsidR="00106D62" w:rsidRDefault="000712F4" w14:paraId="1BBB4C22" w14:textId="77777777">
      <w:pPr>
        <w:pStyle w:val="Heading1"/>
      </w:pPr>
      <w:r>
        <w:t>Data Backup and IT</w:t>
      </w:r>
    </w:p>
    <w:tbl>
      <w:tblPr>
        <w:tblStyle w:val="PlainTable1"/>
        <w:tblW w:w="0" w:type="auto"/>
        <w:tblLook w:val="04A0" w:firstRow="1" w:lastRow="0" w:firstColumn="1" w:lastColumn="0" w:noHBand="0" w:noVBand="1"/>
      </w:tblPr>
      <w:tblGrid>
        <w:gridCol w:w="8932"/>
        <w:gridCol w:w="1415"/>
        <w:gridCol w:w="1415"/>
        <w:gridCol w:w="1822"/>
      </w:tblGrid>
      <w:tr w:rsidR="00106D62" w:rsidTr="00AF6CDD" w14:paraId="4C7583DD" w14:textId="77777777">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8932" w:type="dxa"/>
          </w:tcPr>
          <w:p w:rsidRPr="00AF6CDD" w:rsidR="00106D62" w:rsidRDefault="000712F4" w14:paraId="7B646D25" w14:textId="77777777">
            <w:pPr>
              <w:rPr>
                <w:rFonts w:ascii="Arial" w:hAnsi="Arial" w:cs="Arial"/>
                <w:sz w:val="24"/>
                <w:szCs w:val="24"/>
              </w:rPr>
            </w:pPr>
            <w:r w:rsidRPr="00AF6CDD">
              <w:rPr>
                <w:rFonts w:ascii="Arial" w:hAnsi="Arial" w:cs="Arial"/>
                <w:sz w:val="24"/>
                <w:szCs w:val="24"/>
              </w:rPr>
              <w:t>Question</w:t>
            </w:r>
          </w:p>
        </w:tc>
        <w:tc>
          <w:tcPr>
            <w:tcW w:w="1415" w:type="dxa"/>
          </w:tcPr>
          <w:p w:rsidRPr="00AF6CDD" w:rsidR="00106D62" w:rsidRDefault="000712F4" w14:paraId="56BC1881"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Yes</w:t>
            </w:r>
          </w:p>
        </w:tc>
        <w:tc>
          <w:tcPr>
            <w:tcW w:w="1415" w:type="dxa"/>
          </w:tcPr>
          <w:p w:rsidRPr="00AF6CDD" w:rsidR="00106D62" w:rsidRDefault="000712F4" w14:paraId="0904F4A5"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No</w:t>
            </w:r>
          </w:p>
        </w:tc>
        <w:tc>
          <w:tcPr>
            <w:tcW w:w="1822" w:type="dxa"/>
          </w:tcPr>
          <w:p w:rsidRPr="00AF6CDD" w:rsidR="00106D62" w:rsidRDefault="000712F4" w14:paraId="1E2A0103"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Don't know</w:t>
            </w:r>
          </w:p>
        </w:tc>
      </w:tr>
      <w:tr w:rsidR="00AF6CDD" w:rsidTr="00AF6CDD" w14:paraId="5C226050" w14:textId="77777777">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8932" w:type="dxa"/>
            <w:tcBorders>
              <w:top w:val="nil"/>
              <w:left w:val="single" w:color="BFBFBF" w:sz="8" w:space="0"/>
              <w:bottom w:val="single" w:color="BFBFBF" w:sz="8" w:space="0"/>
              <w:right w:val="single" w:color="BFBFBF" w:sz="8" w:space="0"/>
            </w:tcBorders>
            <w:shd w:val="clear" w:color="auto" w:fill="F2F2F2"/>
            <w:vAlign w:val="center"/>
            <w:hideMark/>
          </w:tcPr>
          <w:p w:rsidRPr="00AF6CDD" w:rsidR="00AF6CDD" w:rsidRDefault="00AF6CDD" w14:paraId="13F19C45" w14:textId="77777777">
            <w:pPr>
              <w:rPr>
                <w:rFonts w:ascii="Arial" w:hAnsi="Arial" w:cs="Arial"/>
                <w:b w:val="0"/>
                <w:bCs w:val="0"/>
                <w:kern w:val="2"/>
                <w:sz w:val="24"/>
                <w:szCs w:val="24"/>
                <w:lang w:val="en-GB" w:eastAsia="en-GB"/>
                <w14:ligatures w14:val="standardContextual"/>
              </w:rPr>
            </w:pPr>
            <w:r w:rsidRPr="00AF6CDD">
              <w:rPr>
                <w:rFonts w:ascii="Arial" w:hAnsi="Arial" w:cs="Arial"/>
                <w:b w:val="0"/>
                <w:bCs w:val="0"/>
                <w:color w:val="000000"/>
                <w:sz w:val="24"/>
                <w:szCs w:val="24"/>
              </w:rPr>
              <w:t>Do you have a data backup plan?</w:t>
            </w:r>
          </w:p>
        </w:tc>
        <w:tc>
          <w:tcPr>
            <w:tcW w:w="1415"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3704C6CD"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415"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4D4B881B"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822"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65B1414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r>
      <w:tr w:rsidR="00106D62" w:rsidTr="00AF6CDD" w14:paraId="5D4DD500" w14:textId="77777777">
        <w:trPr>
          <w:trHeight w:val="337"/>
        </w:trPr>
        <w:tc>
          <w:tcPr>
            <w:cnfStyle w:val="001000000000" w:firstRow="0" w:lastRow="0" w:firstColumn="1" w:lastColumn="0" w:oddVBand="0" w:evenVBand="0" w:oddHBand="0" w:evenHBand="0" w:firstRowFirstColumn="0" w:firstRowLastColumn="0" w:lastRowFirstColumn="0" w:lastRowLastColumn="0"/>
            <w:tcW w:w="8932" w:type="dxa"/>
          </w:tcPr>
          <w:p w:rsidRPr="00AF6CDD" w:rsidR="00106D62" w:rsidRDefault="000712F4" w14:paraId="70DD91E4" w14:textId="77777777">
            <w:pPr>
              <w:rPr>
                <w:rFonts w:ascii="Arial" w:hAnsi="Arial" w:cs="Arial"/>
                <w:b w:val="0"/>
                <w:bCs w:val="0"/>
                <w:sz w:val="24"/>
                <w:szCs w:val="24"/>
              </w:rPr>
            </w:pPr>
            <w:r w:rsidRPr="00AF6CDD">
              <w:rPr>
                <w:rFonts w:ascii="Arial" w:hAnsi="Arial" w:cs="Arial"/>
                <w:b w:val="0"/>
                <w:bCs w:val="0"/>
                <w:sz w:val="24"/>
                <w:szCs w:val="24"/>
              </w:rPr>
              <w:t>Are essential systems backed up?</w:t>
            </w:r>
          </w:p>
        </w:tc>
        <w:tc>
          <w:tcPr>
            <w:tcW w:w="1415" w:type="dxa"/>
          </w:tcPr>
          <w:p w:rsidRPr="00AF6CDD" w:rsidR="00106D62" w:rsidRDefault="00106D62" w14:paraId="7F32D4E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415" w:type="dxa"/>
          </w:tcPr>
          <w:p w:rsidRPr="00AF6CDD" w:rsidR="00106D62" w:rsidRDefault="00106D62" w14:paraId="5C1DC215"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22" w:type="dxa"/>
          </w:tcPr>
          <w:p w:rsidRPr="00AF6CDD" w:rsidR="00106D62" w:rsidRDefault="00106D62" w14:paraId="7CAB93B0"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06D62" w:rsidTr="00AF6CDD" w14:paraId="2CFCFAE5" w14:textId="77777777">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8932" w:type="dxa"/>
          </w:tcPr>
          <w:p w:rsidRPr="00AF6CDD" w:rsidR="00106D62" w:rsidRDefault="000712F4" w14:paraId="0DF149D4" w14:textId="77777777">
            <w:pPr>
              <w:rPr>
                <w:rFonts w:ascii="Arial" w:hAnsi="Arial" w:cs="Arial"/>
                <w:b w:val="0"/>
                <w:bCs w:val="0"/>
                <w:sz w:val="24"/>
                <w:szCs w:val="24"/>
              </w:rPr>
            </w:pPr>
            <w:r w:rsidRPr="00AF6CDD">
              <w:rPr>
                <w:rFonts w:ascii="Arial" w:hAnsi="Arial" w:cs="Arial"/>
                <w:b w:val="0"/>
                <w:bCs w:val="0"/>
                <w:sz w:val="24"/>
                <w:szCs w:val="24"/>
              </w:rPr>
              <w:t>Do you store backups securely?</w:t>
            </w:r>
          </w:p>
        </w:tc>
        <w:tc>
          <w:tcPr>
            <w:tcW w:w="1415" w:type="dxa"/>
          </w:tcPr>
          <w:p w:rsidRPr="00AF6CDD" w:rsidR="00106D62" w:rsidRDefault="00106D62" w14:paraId="7CAA01E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415" w:type="dxa"/>
          </w:tcPr>
          <w:p w:rsidRPr="00AF6CDD" w:rsidR="00106D62" w:rsidRDefault="00106D62" w14:paraId="211834D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822" w:type="dxa"/>
          </w:tcPr>
          <w:p w:rsidRPr="00AF6CDD" w:rsidR="00106D62" w:rsidRDefault="00106D62" w14:paraId="38AF026E"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06D62" w:rsidTr="00AF6CDD" w14:paraId="40486630" w14:textId="77777777">
        <w:trPr>
          <w:trHeight w:val="337"/>
        </w:trPr>
        <w:tc>
          <w:tcPr>
            <w:cnfStyle w:val="001000000000" w:firstRow="0" w:lastRow="0" w:firstColumn="1" w:lastColumn="0" w:oddVBand="0" w:evenVBand="0" w:oddHBand="0" w:evenHBand="0" w:firstRowFirstColumn="0" w:firstRowLastColumn="0" w:lastRowFirstColumn="0" w:lastRowLastColumn="0"/>
            <w:tcW w:w="8932" w:type="dxa"/>
          </w:tcPr>
          <w:p w:rsidRPr="00AF6CDD" w:rsidR="00106D62" w:rsidRDefault="000712F4" w14:paraId="0032013B" w14:textId="77777777">
            <w:pPr>
              <w:rPr>
                <w:rFonts w:ascii="Arial" w:hAnsi="Arial" w:cs="Arial"/>
                <w:b w:val="0"/>
                <w:bCs w:val="0"/>
                <w:sz w:val="24"/>
                <w:szCs w:val="24"/>
              </w:rPr>
            </w:pPr>
            <w:r w:rsidRPr="00AF6CDD">
              <w:rPr>
                <w:rFonts w:ascii="Arial" w:hAnsi="Arial" w:cs="Arial"/>
                <w:b w:val="0"/>
                <w:bCs w:val="0"/>
                <w:sz w:val="24"/>
                <w:szCs w:val="24"/>
              </w:rPr>
              <w:t>Do you test your backups regularly?</w:t>
            </w:r>
          </w:p>
        </w:tc>
        <w:tc>
          <w:tcPr>
            <w:tcW w:w="1415" w:type="dxa"/>
          </w:tcPr>
          <w:p w:rsidRPr="00AF6CDD" w:rsidR="00106D62" w:rsidRDefault="00106D62" w14:paraId="1965E657"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415" w:type="dxa"/>
          </w:tcPr>
          <w:p w:rsidRPr="00AF6CDD" w:rsidR="00106D62" w:rsidRDefault="00106D62" w14:paraId="75424A08"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22" w:type="dxa"/>
          </w:tcPr>
          <w:p w:rsidRPr="00AF6CDD" w:rsidR="00106D62" w:rsidRDefault="00106D62" w14:paraId="0B1F067B"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rsidR="00106D62" w:rsidRDefault="000712F4" w14:paraId="3485208C" w14:textId="3A5EE2CB">
      <w:pPr>
        <w:pStyle w:val="Heading1"/>
      </w:pPr>
      <w:r>
        <w:t>Facilities and Building</w:t>
      </w:r>
    </w:p>
    <w:tbl>
      <w:tblPr>
        <w:tblStyle w:val="PlainTable1"/>
        <w:tblW w:w="0" w:type="auto"/>
        <w:tblLook w:val="04A0" w:firstRow="1" w:lastRow="0" w:firstColumn="1" w:lastColumn="0" w:noHBand="0" w:noVBand="1"/>
      </w:tblPr>
      <w:tblGrid>
        <w:gridCol w:w="8801"/>
        <w:gridCol w:w="1395"/>
        <w:gridCol w:w="1395"/>
        <w:gridCol w:w="1796"/>
      </w:tblGrid>
      <w:tr w:rsidR="00106D62" w:rsidTr="00AF6CDD" w14:paraId="3BB2AD71" w14:textId="77777777">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8801" w:type="dxa"/>
          </w:tcPr>
          <w:p w:rsidRPr="00AF6CDD" w:rsidR="00106D62" w:rsidRDefault="000712F4" w14:paraId="723E5DEB" w14:textId="77777777">
            <w:pPr>
              <w:rPr>
                <w:rFonts w:ascii="Arial" w:hAnsi="Arial" w:cs="Arial"/>
                <w:sz w:val="24"/>
                <w:szCs w:val="24"/>
              </w:rPr>
            </w:pPr>
            <w:r w:rsidRPr="00AF6CDD">
              <w:rPr>
                <w:rFonts w:ascii="Arial" w:hAnsi="Arial" w:cs="Arial"/>
                <w:sz w:val="24"/>
                <w:szCs w:val="24"/>
              </w:rPr>
              <w:t>Question</w:t>
            </w:r>
          </w:p>
        </w:tc>
        <w:tc>
          <w:tcPr>
            <w:tcW w:w="1395" w:type="dxa"/>
          </w:tcPr>
          <w:p w:rsidRPr="00AF6CDD" w:rsidR="00106D62" w:rsidRDefault="000712F4" w14:paraId="5DA5F003"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Yes</w:t>
            </w:r>
          </w:p>
        </w:tc>
        <w:tc>
          <w:tcPr>
            <w:tcW w:w="1395" w:type="dxa"/>
          </w:tcPr>
          <w:p w:rsidRPr="00AF6CDD" w:rsidR="00106D62" w:rsidRDefault="000712F4" w14:paraId="41F595CE"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No</w:t>
            </w:r>
          </w:p>
        </w:tc>
        <w:tc>
          <w:tcPr>
            <w:tcW w:w="1796" w:type="dxa"/>
          </w:tcPr>
          <w:p w:rsidRPr="00AF6CDD" w:rsidR="00106D62" w:rsidRDefault="000712F4" w14:paraId="0580DD33"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Don't know</w:t>
            </w:r>
          </w:p>
        </w:tc>
      </w:tr>
      <w:tr w:rsidR="00106D62" w:rsidTr="00AF6CDD" w14:paraId="71F52179" w14:textId="7777777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8801" w:type="dxa"/>
          </w:tcPr>
          <w:p w:rsidRPr="00AF6CDD" w:rsidR="00106D62" w:rsidRDefault="000712F4" w14:paraId="50B49F91" w14:textId="77777777">
            <w:pPr>
              <w:rPr>
                <w:rFonts w:ascii="Arial" w:hAnsi="Arial" w:cs="Arial"/>
                <w:b w:val="0"/>
                <w:bCs w:val="0"/>
                <w:sz w:val="24"/>
                <w:szCs w:val="24"/>
              </w:rPr>
            </w:pPr>
            <w:r w:rsidRPr="00AF6CDD">
              <w:rPr>
                <w:rFonts w:ascii="Arial" w:hAnsi="Arial" w:cs="Arial"/>
                <w:b w:val="0"/>
                <w:bCs w:val="0"/>
                <w:sz w:val="24"/>
                <w:szCs w:val="24"/>
              </w:rPr>
              <w:lastRenderedPageBreak/>
              <w:t>Do you have building evacuation procedures?</w:t>
            </w:r>
          </w:p>
        </w:tc>
        <w:tc>
          <w:tcPr>
            <w:tcW w:w="1395" w:type="dxa"/>
          </w:tcPr>
          <w:p w:rsidRPr="00AF6CDD" w:rsidR="00106D62" w:rsidRDefault="00106D62" w14:paraId="3C5A5D82"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395" w:type="dxa"/>
          </w:tcPr>
          <w:p w:rsidRPr="00AF6CDD" w:rsidR="00106D62" w:rsidRDefault="00106D62" w14:paraId="71C22A47"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96" w:type="dxa"/>
          </w:tcPr>
          <w:p w:rsidRPr="00AF6CDD" w:rsidR="00106D62" w:rsidRDefault="00106D62" w14:paraId="40DCCEC5"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F6CDD" w:rsidTr="00AF6CDD" w14:paraId="3C1D343E" w14:textId="77777777">
        <w:trPr>
          <w:trHeight w:val="286"/>
        </w:trPr>
        <w:tc>
          <w:tcPr>
            <w:cnfStyle w:val="001000000000" w:firstRow="0" w:lastRow="0" w:firstColumn="1" w:lastColumn="0" w:oddVBand="0" w:evenVBand="0" w:oddHBand="0" w:evenHBand="0" w:firstRowFirstColumn="0" w:firstRowLastColumn="0" w:lastRowFirstColumn="0" w:lastRowLastColumn="0"/>
            <w:tcW w:w="8801" w:type="dxa"/>
            <w:tcBorders>
              <w:top w:val="nil"/>
              <w:left w:val="single" w:color="BFBFBF" w:sz="8" w:space="0"/>
              <w:bottom w:val="single" w:color="BFBFBF" w:sz="8" w:space="0"/>
              <w:right w:val="single" w:color="BFBFBF" w:sz="8" w:space="0"/>
            </w:tcBorders>
            <w:vAlign w:val="center"/>
            <w:hideMark/>
          </w:tcPr>
          <w:p w:rsidRPr="00AF6CDD" w:rsidR="00AF6CDD" w:rsidRDefault="00AF6CDD" w14:paraId="545E1140" w14:textId="77777777">
            <w:pPr>
              <w:rPr>
                <w:rFonts w:ascii="Arial" w:hAnsi="Arial" w:cs="Arial"/>
                <w:b w:val="0"/>
                <w:bCs w:val="0"/>
                <w:kern w:val="2"/>
                <w:sz w:val="24"/>
                <w:szCs w:val="24"/>
                <w:lang w:val="en-GB" w:eastAsia="en-GB"/>
                <w14:ligatures w14:val="standardContextual"/>
              </w:rPr>
            </w:pPr>
            <w:r w:rsidRPr="00AF6CDD">
              <w:rPr>
                <w:rFonts w:ascii="Arial" w:hAnsi="Arial" w:cs="Arial"/>
                <w:b w:val="0"/>
                <w:bCs w:val="0"/>
                <w:sz w:val="24"/>
                <w:szCs w:val="24"/>
              </w:rPr>
              <w:t>Do you have building lockdown procedures?</w:t>
            </w:r>
          </w:p>
        </w:tc>
        <w:tc>
          <w:tcPr>
            <w:tcW w:w="1395" w:type="dxa"/>
            <w:tcBorders>
              <w:top w:val="nil"/>
              <w:left w:val="nil"/>
              <w:bottom w:val="single" w:color="BFBFBF" w:sz="8" w:space="0"/>
              <w:right w:val="single" w:color="BFBFBF" w:sz="8" w:space="0"/>
            </w:tcBorders>
            <w:vAlign w:val="center"/>
            <w:hideMark/>
          </w:tcPr>
          <w:p w:rsidRPr="00AF6CDD" w:rsidR="00AF6CDD" w:rsidRDefault="00AF6CDD" w14:paraId="37C8B398"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395" w:type="dxa"/>
            <w:tcBorders>
              <w:top w:val="nil"/>
              <w:left w:val="nil"/>
              <w:bottom w:val="single" w:color="BFBFBF" w:sz="8" w:space="0"/>
              <w:right w:val="single" w:color="BFBFBF" w:sz="8" w:space="0"/>
            </w:tcBorders>
            <w:vAlign w:val="center"/>
            <w:hideMark/>
          </w:tcPr>
          <w:p w:rsidRPr="00AF6CDD" w:rsidR="00AF6CDD" w:rsidRDefault="00AF6CDD" w14:paraId="299EA4EA"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796" w:type="dxa"/>
            <w:tcBorders>
              <w:top w:val="nil"/>
              <w:left w:val="nil"/>
              <w:bottom w:val="single" w:color="BFBFBF" w:sz="8" w:space="0"/>
              <w:right w:val="single" w:color="BFBFBF" w:sz="8" w:space="0"/>
            </w:tcBorders>
            <w:vAlign w:val="center"/>
            <w:hideMark/>
          </w:tcPr>
          <w:p w:rsidRPr="00AF6CDD" w:rsidR="00AF6CDD" w:rsidRDefault="00AF6CDD" w14:paraId="46295E8D"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r>
      <w:tr w:rsidR="003A359D" w:rsidTr="00AF6CDD" w14:paraId="20F6C4C9" w14:textId="7777777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8801" w:type="dxa"/>
          </w:tcPr>
          <w:p w:rsidRPr="00AF6CDD" w:rsidR="003A359D" w:rsidRDefault="003A359D" w14:paraId="4B11BABE" w14:textId="79AC0974">
            <w:pPr>
              <w:rPr>
                <w:rFonts w:ascii="Arial" w:hAnsi="Arial" w:cs="Arial"/>
                <w:b w:val="0"/>
                <w:bCs w:val="0"/>
                <w:sz w:val="24"/>
                <w:szCs w:val="24"/>
              </w:rPr>
            </w:pPr>
            <w:r w:rsidRPr="00AF6CDD">
              <w:rPr>
                <w:rFonts w:ascii="Arial" w:hAnsi="Arial" w:cs="Arial"/>
                <w:b w:val="0"/>
                <w:bCs w:val="0"/>
                <w:sz w:val="24"/>
                <w:szCs w:val="24"/>
              </w:rPr>
              <w:t>Do you have an alternative location</w:t>
            </w:r>
            <w:r w:rsidRPr="00AF6CDD" w:rsidR="00AF6CDD">
              <w:rPr>
                <w:rFonts w:ascii="Arial" w:hAnsi="Arial" w:cs="Arial"/>
                <w:b w:val="0"/>
                <w:bCs w:val="0"/>
                <w:sz w:val="24"/>
                <w:szCs w:val="24"/>
              </w:rPr>
              <w:t>, if you lose access</w:t>
            </w:r>
            <w:r w:rsidRPr="00AF6CDD">
              <w:rPr>
                <w:rFonts w:ascii="Arial" w:hAnsi="Arial" w:cs="Arial"/>
                <w:b w:val="0"/>
                <w:bCs w:val="0"/>
                <w:sz w:val="24"/>
                <w:szCs w:val="24"/>
              </w:rPr>
              <w:t>?</w:t>
            </w:r>
          </w:p>
        </w:tc>
        <w:tc>
          <w:tcPr>
            <w:tcW w:w="1395" w:type="dxa"/>
          </w:tcPr>
          <w:p w:rsidRPr="00AF6CDD" w:rsidR="003A359D" w:rsidRDefault="003A359D" w14:paraId="0235F16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395" w:type="dxa"/>
          </w:tcPr>
          <w:p w:rsidRPr="00AF6CDD" w:rsidR="003A359D" w:rsidRDefault="003A359D" w14:paraId="6A79CE5B"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96" w:type="dxa"/>
          </w:tcPr>
          <w:p w:rsidRPr="00AF6CDD" w:rsidR="003A359D" w:rsidRDefault="003A359D" w14:paraId="5DEE7B23"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06D62" w:rsidTr="00AF6CDD" w14:paraId="6B05412C" w14:textId="77777777">
        <w:trPr>
          <w:trHeight w:val="286"/>
        </w:trPr>
        <w:tc>
          <w:tcPr>
            <w:cnfStyle w:val="001000000000" w:firstRow="0" w:lastRow="0" w:firstColumn="1" w:lastColumn="0" w:oddVBand="0" w:evenVBand="0" w:oddHBand="0" w:evenHBand="0" w:firstRowFirstColumn="0" w:firstRowLastColumn="0" w:lastRowFirstColumn="0" w:lastRowLastColumn="0"/>
            <w:tcW w:w="8801" w:type="dxa"/>
          </w:tcPr>
          <w:p w:rsidRPr="00AF6CDD" w:rsidR="00106D62" w:rsidRDefault="003A359D" w14:paraId="64120ADA" w14:textId="3A284420">
            <w:pPr>
              <w:rPr>
                <w:rFonts w:ascii="Arial" w:hAnsi="Arial" w:cs="Arial"/>
                <w:b w:val="0"/>
                <w:bCs w:val="0"/>
                <w:sz w:val="24"/>
                <w:szCs w:val="24"/>
              </w:rPr>
            </w:pPr>
            <w:r w:rsidRPr="00AF6CDD">
              <w:rPr>
                <w:rFonts w:ascii="Arial" w:hAnsi="Arial" w:cs="Arial"/>
                <w:b w:val="0"/>
                <w:bCs w:val="0"/>
                <w:sz w:val="24"/>
                <w:szCs w:val="24"/>
              </w:rPr>
              <w:t xml:space="preserve">Does your building require </w:t>
            </w:r>
            <w:r w:rsidRPr="00AF6CDD" w:rsidR="006B6D91">
              <w:rPr>
                <w:rFonts w:ascii="Arial" w:hAnsi="Arial" w:cs="Arial"/>
                <w:b w:val="0"/>
                <w:bCs w:val="0"/>
                <w:sz w:val="24"/>
                <w:szCs w:val="24"/>
              </w:rPr>
              <w:t>24-hour</w:t>
            </w:r>
            <w:r w:rsidRPr="00AF6CDD">
              <w:rPr>
                <w:rFonts w:ascii="Arial" w:hAnsi="Arial" w:cs="Arial"/>
                <w:b w:val="0"/>
                <w:bCs w:val="0"/>
                <w:sz w:val="24"/>
                <w:szCs w:val="24"/>
              </w:rPr>
              <w:t xml:space="preserve"> </w:t>
            </w:r>
            <w:r w:rsidRPr="00AF6CDD" w:rsidR="00AF6CDD">
              <w:rPr>
                <w:rFonts w:ascii="Arial" w:hAnsi="Arial" w:cs="Arial"/>
                <w:b w:val="0"/>
                <w:bCs w:val="0"/>
                <w:sz w:val="24"/>
                <w:szCs w:val="24"/>
              </w:rPr>
              <w:t>7-day</w:t>
            </w:r>
            <w:r w:rsidRPr="00AF6CDD">
              <w:rPr>
                <w:rFonts w:ascii="Arial" w:hAnsi="Arial" w:cs="Arial"/>
                <w:b w:val="0"/>
                <w:bCs w:val="0"/>
                <w:sz w:val="24"/>
                <w:szCs w:val="24"/>
              </w:rPr>
              <w:t xml:space="preserve"> access?</w:t>
            </w:r>
          </w:p>
        </w:tc>
        <w:tc>
          <w:tcPr>
            <w:tcW w:w="1395" w:type="dxa"/>
          </w:tcPr>
          <w:p w:rsidRPr="00AF6CDD" w:rsidR="00106D62" w:rsidRDefault="00106D62" w14:paraId="23373C9E"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95" w:type="dxa"/>
          </w:tcPr>
          <w:p w:rsidRPr="00AF6CDD" w:rsidR="00106D62" w:rsidRDefault="00106D62" w14:paraId="191D30B3"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796" w:type="dxa"/>
          </w:tcPr>
          <w:p w:rsidRPr="00AF6CDD" w:rsidR="00106D62" w:rsidRDefault="00106D62" w14:paraId="0FE1F874"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F6CDD" w:rsidTr="00AF6CDD" w14:paraId="705C3707" w14:textId="77777777">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8801" w:type="dxa"/>
            <w:tcBorders>
              <w:top w:val="nil"/>
              <w:left w:val="single" w:color="BFBFBF" w:sz="8" w:space="0"/>
              <w:bottom w:val="single" w:color="BFBFBF" w:sz="8" w:space="0"/>
              <w:right w:val="single" w:color="BFBFBF" w:sz="8" w:space="0"/>
            </w:tcBorders>
            <w:shd w:val="clear" w:color="auto" w:fill="F2F2F2"/>
            <w:vAlign w:val="center"/>
            <w:hideMark/>
          </w:tcPr>
          <w:p w:rsidRPr="00AF6CDD" w:rsidR="00AF6CDD" w:rsidRDefault="00AF6CDD" w14:paraId="12890C80" w14:textId="77777777">
            <w:pPr>
              <w:rPr>
                <w:rFonts w:ascii="Arial" w:hAnsi="Arial" w:cs="Arial"/>
                <w:b w:val="0"/>
                <w:bCs w:val="0"/>
                <w:kern w:val="2"/>
                <w:sz w:val="24"/>
                <w:szCs w:val="24"/>
                <w:lang w:val="en-GB" w:eastAsia="en-GB"/>
                <w14:ligatures w14:val="standardContextual"/>
              </w:rPr>
            </w:pPr>
            <w:r w:rsidRPr="00AF6CDD">
              <w:rPr>
                <w:rFonts w:ascii="Arial" w:hAnsi="Arial" w:cs="Arial"/>
                <w:b w:val="0"/>
                <w:bCs w:val="0"/>
                <w:color w:val="000000"/>
                <w:sz w:val="24"/>
                <w:szCs w:val="24"/>
              </w:rPr>
              <w:t>Do you have a generator in place?</w:t>
            </w:r>
          </w:p>
        </w:tc>
        <w:tc>
          <w:tcPr>
            <w:tcW w:w="1395"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2EB157AD"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395"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647D6522"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796"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399DA8A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r>
      <w:tr w:rsidR="00106D62" w:rsidTr="00AF6CDD" w14:paraId="202372D3" w14:textId="77777777">
        <w:trPr>
          <w:trHeight w:val="276"/>
        </w:trPr>
        <w:tc>
          <w:tcPr>
            <w:cnfStyle w:val="001000000000" w:firstRow="0" w:lastRow="0" w:firstColumn="1" w:lastColumn="0" w:oddVBand="0" w:evenVBand="0" w:oddHBand="0" w:evenHBand="0" w:firstRowFirstColumn="0" w:firstRowLastColumn="0" w:lastRowFirstColumn="0" w:lastRowLastColumn="0"/>
            <w:tcW w:w="8801" w:type="dxa"/>
          </w:tcPr>
          <w:p w:rsidRPr="00AF6CDD" w:rsidR="00106D62" w:rsidRDefault="000712F4" w14:paraId="72439C5B" w14:textId="77777777">
            <w:pPr>
              <w:rPr>
                <w:rFonts w:ascii="Arial" w:hAnsi="Arial" w:cs="Arial"/>
                <w:b w:val="0"/>
                <w:bCs w:val="0"/>
                <w:sz w:val="24"/>
                <w:szCs w:val="24"/>
              </w:rPr>
            </w:pPr>
            <w:r w:rsidRPr="00AF6CDD">
              <w:rPr>
                <w:rFonts w:ascii="Arial" w:hAnsi="Arial" w:cs="Arial"/>
                <w:b w:val="0"/>
                <w:bCs w:val="0"/>
                <w:sz w:val="24"/>
                <w:szCs w:val="24"/>
              </w:rPr>
              <w:t>Do you have key contact numbers?</w:t>
            </w:r>
          </w:p>
        </w:tc>
        <w:tc>
          <w:tcPr>
            <w:tcW w:w="1395" w:type="dxa"/>
          </w:tcPr>
          <w:p w:rsidRPr="00AF6CDD" w:rsidR="00106D62" w:rsidRDefault="00106D62" w14:paraId="26D23D34"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95" w:type="dxa"/>
          </w:tcPr>
          <w:p w:rsidRPr="00AF6CDD" w:rsidR="00106D62" w:rsidRDefault="00106D62" w14:paraId="6A82CE54"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796" w:type="dxa"/>
          </w:tcPr>
          <w:p w:rsidRPr="00AF6CDD" w:rsidR="00106D62" w:rsidRDefault="00106D62" w14:paraId="37324F92"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rsidR="00106D62" w:rsidRDefault="000712F4" w14:paraId="0AF8D9E1" w14:textId="77777777">
      <w:pPr>
        <w:pStyle w:val="Heading1"/>
      </w:pPr>
      <w:r>
        <w:t>Security</w:t>
      </w:r>
    </w:p>
    <w:tbl>
      <w:tblPr>
        <w:tblStyle w:val="PlainTable1"/>
        <w:tblW w:w="0" w:type="auto"/>
        <w:tblLook w:val="04A0" w:firstRow="1" w:lastRow="0" w:firstColumn="1" w:lastColumn="0" w:noHBand="0" w:noVBand="1"/>
      </w:tblPr>
      <w:tblGrid>
        <w:gridCol w:w="8814"/>
        <w:gridCol w:w="1397"/>
        <w:gridCol w:w="1397"/>
        <w:gridCol w:w="1798"/>
      </w:tblGrid>
      <w:tr w:rsidR="00106D62" w:rsidTr="00AF6CDD" w14:paraId="35CE1D6A" w14:textId="77777777">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814" w:type="dxa"/>
          </w:tcPr>
          <w:p w:rsidRPr="00AF6CDD" w:rsidR="00106D62" w:rsidRDefault="000712F4" w14:paraId="07CB3C52" w14:textId="77777777">
            <w:pPr>
              <w:rPr>
                <w:rFonts w:ascii="Arial" w:hAnsi="Arial" w:cs="Arial"/>
                <w:sz w:val="24"/>
                <w:szCs w:val="24"/>
              </w:rPr>
            </w:pPr>
            <w:r w:rsidRPr="00AF6CDD">
              <w:rPr>
                <w:rFonts w:ascii="Arial" w:hAnsi="Arial" w:cs="Arial"/>
                <w:sz w:val="24"/>
                <w:szCs w:val="24"/>
              </w:rPr>
              <w:t>Question</w:t>
            </w:r>
          </w:p>
        </w:tc>
        <w:tc>
          <w:tcPr>
            <w:tcW w:w="1397" w:type="dxa"/>
          </w:tcPr>
          <w:p w:rsidRPr="00AF6CDD" w:rsidR="00106D62" w:rsidRDefault="000712F4" w14:paraId="1AD5D661"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Yes</w:t>
            </w:r>
          </w:p>
        </w:tc>
        <w:tc>
          <w:tcPr>
            <w:tcW w:w="1397" w:type="dxa"/>
          </w:tcPr>
          <w:p w:rsidRPr="00AF6CDD" w:rsidR="00106D62" w:rsidRDefault="000712F4" w14:paraId="188E10BF"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No</w:t>
            </w:r>
          </w:p>
        </w:tc>
        <w:tc>
          <w:tcPr>
            <w:tcW w:w="1798" w:type="dxa"/>
          </w:tcPr>
          <w:p w:rsidRPr="00AF6CDD" w:rsidR="00106D62" w:rsidRDefault="000712F4" w14:paraId="1D252A22"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Don't know</w:t>
            </w:r>
          </w:p>
        </w:tc>
      </w:tr>
      <w:tr w:rsidR="00106D62" w:rsidTr="00AF6CDD" w14:paraId="0C74CED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14" w:type="dxa"/>
          </w:tcPr>
          <w:p w:rsidRPr="00AF6CDD" w:rsidR="00106D62" w:rsidRDefault="000712F4" w14:paraId="3F4B34CA" w14:textId="77777777">
            <w:pPr>
              <w:rPr>
                <w:rFonts w:ascii="Arial" w:hAnsi="Arial" w:cs="Arial"/>
                <w:b w:val="0"/>
                <w:bCs w:val="0"/>
                <w:sz w:val="24"/>
                <w:szCs w:val="24"/>
              </w:rPr>
            </w:pPr>
            <w:r w:rsidRPr="00AF6CDD">
              <w:rPr>
                <w:rFonts w:ascii="Arial" w:hAnsi="Arial" w:cs="Arial"/>
                <w:b w:val="0"/>
                <w:bCs w:val="0"/>
                <w:sz w:val="24"/>
                <w:szCs w:val="24"/>
              </w:rPr>
              <w:t>Is there a security system installed?</w:t>
            </w:r>
          </w:p>
        </w:tc>
        <w:tc>
          <w:tcPr>
            <w:tcW w:w="1397" w:type="dxa"/>
          </w:tcPr>
          <w:p w:rsidRPr="00AF6CDD" w:rsidR="00106D62" w:rsidRDefault="00106D62" w14:paraId="4334F596"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397" w:type="dxa"/>
          </w:tcPr>
          <w:p w:rsidRPr="00AF6CDD" w:rsidR="00106D62" w:rsidRDefault="00106D62" w14:paraId="61BE4AEA"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98" w:type="dxa"/>
          </w:tcPr>
          <w:p w:rsidRPr="00AF6CDD" w:rsidR="00106D62" w:rsidRDefault="00106D62" w14:paraId="5C4CE187"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06D62" w:rsidTr="00AF6CDD" w14:paraId="20DF8412" w14:textId="77777777">
        <w:trPr>
          <w:trHeight w:val="301"/>
        </w:trPr>
        <w:tc>
          <w:tcPr>
            <w:cnfStyle w:val="001000000000" w:firstRow="0" w:lastRow="0" w:firstColumn="1" w:lastColumn="0" w:oddVBand="0" w:evenVBand="0" w:oddHBand="0" w:evenHBand="0" w:firstRowFirstColumn="0" w:firstRowLastColumn="0" w:lastRowFirstColumn="0" w:lastRowLastColumn="0"/>
            <w:tcW w:w="8814" w:type="dxa"/>
          </w:tcPr>
          <w:p w:rsidRPr="00AF6CDD" w:rsidR="00106D62" w:rsidRDefault="000712F4" w14:paraId="782EC213" w14:textId="77777777">
            <w:pPr>
              <w:rPr>
                <w:rFonts w:ascii="Arial" w:hAnsi="Arial" w:cs="Arial"/>
                <w:b w:val="0"/>
                <w:bCs w:val="0"/>
                <w:sz w:val="24"/>
                <w:szCs w:val="24"/>
              </w:rPr>
            </w:pPr>
            <w:r w:rsidRPr="00AF6CDD">
              <w:rPr>
                <w:rFonts w:ascii="Arial" w:hAnsi="Arial" w:cs="Arial"/>
                <w:b w:val="0"/>
                <w:bCs w:val="0"/>
                <w:sz w:val="24"/>
                <w:szCs w:val="24"/>
              </w:rPr>
              <w:t>Are access controls in place?</w:t>
            </w:r>
          </w:p>
        </w:tc>
        <w:tc>
          <w:tcPr>
            <w:tcW w:w="1397" w:type="dxa"/>
          </w:tcPr>
          <w:p w:rsidRPr="00AF6CDD" w:rsidR="00106D62" w:rsidRDefault="00106D62" w14:paraId="34D83BCE"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97" w:type="dxa"/>
          </w:tcPr>
          <w:p w:rsidRPr="00AF6CDD" w:rsidR="00106D62" w:rsidRDefault="00106D62" w14:paraId="667B0CB3"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798" w:type="dxa"/>
          </w:tcPr>
          <w:p w:rsidRPr="00AF6CDD" w:rsidR="00106D62" w:rsidRDefault="00106D62" w14:paraId="19A31814"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06D62" w:rsidTr="00AF6CDD" w14:paraId="40BDA54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14" w:type="dxa"/>
          </w:tcPr>
          <w:p w:rsidRPr="00AF6CDD" w:rsidR="00106D62" w:rsidRDefault="000712F4" w14:paraId="39DA60FC" w14:textId="77777777">
            <w:pPr>
              <w:rPr>
                <w:rFonts w:ascii="Arial" w:hAnsi="Arial" w:cs="Arial"/>
                <w:b w:val="0"/>
                <w:bCs w:val="0"/>
                <w:sz w:val="24"/>
                <w:szCs w:val="24"/>
              </w:rPr>
            </w:pPr>
            <w:r w:rsidRPr="00AF6CDD">
              <w:rPr>
                <w:rFonts w:ascii="Arial" w:hAnsi="Arial" w:cs="Arial"/>
                <w:b w:val="0"/>
                <w:bCs w:val="0"/>
                <w:sz w:val="24"/>
                <w:szCs w:val="24"/>
              </w:rPr>
              <w:t>Are staff trained in security awareness?</w:t>
            </w:r>
          </w:p>
        </w:tc>
        <w:tc>
          <w:tcPr>
            <w:tcW w:w="1397" w:type="dxa"/>
          </w:tcPr>
          <w:p w:rsidRPr="00AF6CDD" w:rsidR="00106D62" w:rsidRDefault="00106D62" w14:paraId="09C7711A"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397" w:type="dxa"/>
          </w:tcPr>
          <w:p w:rsidRPr="00AF6CDD" w:rsidR="00106D62" w:rsidRDefault="00106D62" w14:paraId="434AA5D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98" w:type="dxa"/>
          </w:tcPr>
          <w:p w:rsidRPr="00AF6CDD" w:rsidR="00106D62" w:rsidRDefault="00106D62" w14:paraId="21C9408A"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F6CDD" w:rsidTr="00AF6CDD" w14:paraId="2CD151B4" w14:textId="77777777">
        <w:trPr>
          <w:trHeight w:val="602"/>
        </w:trPr>
        <w:tc>
          <w:tcPr>
            <w:cnfStyle w:val="001000000000" w:firstRow="0" w:lastRow="0" w:firstColumn="1" w:lastColumn="0" w:oddVBand="0" w:evenVBand="0" w:oddHBand="0" w:evenHBand="0" w:firstRowFirstColumn="0" w:firstRowLastColumn="0" w:lastRowFirstColumn="0" w:lastRowLastColumn="0"/>
            <w:tcW w:w="8814" w:type="dxa"/>
            <w:tcBorders>
              <w:top w:val="nil"/>
              <w:left w:val="single" w:color="BFBFBF" w:sz="8" w:space="0"/>
              <w:bottom w:val="single" w:color="BFBFBF" w:sz="8" w:space="0"/>
              <w:right w:val="single" w:color="BFBFBF" w:sz="8" w:space="0"/>
            </w:tcBorders>
            <w:vAlign w:val="center"/>
            <w:hideMark/>
          </w:tcPr>
          <w:p w:rsidRPr="00AF6CDD" w:rsidR="00AF6CDD" w:rsidRDefault="00AF6CDD" w14:paraId="23FF1A23" w14:textId="77777777">
            <w:pPr>
              <w:rPr>
                <w:rFonts w:ascii="Arial" w:hAnsi="Arial" w:cs="Arial"/>
                <w:b w:val="0"/>
                <w:bCs w:val="0"/>
                <w:kern w:val="2"/>
                <w:sz w:val="24"/>
                <w:szCs w:val="24"/>
                <w:lang w:val="en-GB" w:eastAsia="en-GB"/>
                <w14:ligatures w14:val="standardContextual"/>
              </w:rPr>
            </w:pPr>
            <w:r w:rsidRPr="00AF6CDD">
              <w:rPr>
                <w:rFonts w:ascii="Arial" w:hAnsi="Arial" w:cs="Arial"/>
                <w:b w:val="0"/>
                <w:bCs w:val="0"/>
                <w:sz w:val="24"/>
                <w:szCs w:val="24"/>
              </w:rPr>
              <w:t>Are contractors checked, including both the company and individual staff?</w:t>
            </w:r>
          </w:p>
        </w:tc>
        <w:tc>
          <w:tcPr>
            <w:tcW w:w="1397" w:type="dxa"/>
            <w:tcBorders>
              <w:top w:val="nil"/>
              <w:left w:val="nil"/>
              <w:bottom w:val="single" w:color="BFBFBF" w:sz="8" w:space="0"/>
              <w:right w:val="single" w:color="BFBFBF" w:sz="8" w:space="0"/>
            </w:tcBorders>
            <w:vAlign w:val="center"/>
            <w:hideMark/>
          </w:tcPr>
          <w:p w:rsidRPr="00AF6CDD" w:rsidR="00AF6CDD" w:rsidRDefault="00AF6CDD" w14:paraId="0C9A6D7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397" w:type="dxa"/>
            <w:tcBorders>
              <w:top w:val="nil"/>
              <w:left w:val="nil"/>
              <w:bottom w:val="single" w:color="BFBFBF" w:sz="8" w:space="0"/>
              <w:right w:val="single" w:color="BFBFBF" w:sz="8" w:space="0"/>
            </w:tcBorders>
            <w:vAlign w:val="center"/>
            <w:hideMark/>
          </w:tcPr>
          <w:p w:rsidRPr="00AF6CDD" w:rsidR="00AF6CDD" w:rsidRDefault="00AF6CDD" w14:paraId="1B66ED70"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798" w:type="dxa"/>
            <w:tcBorders>
              <w:top w:val="nil"/>
              <w:left w:val="nil"/>
              <w:bottom w:val="single" w:color="BFBFBF" w:sz="8" w:space="0"/>
              <w:right w:val="single" w:color="BFBFBF" w:sz="8" w:space="0"/>
            </w:tcBorders>
            <w:vAlign w:val="center"/>
            <w:hideMark/>
          </w:tcPr>
          <w:p w:rsidRPr="00AF6CDD" w:rsidR="00AF6CDD" w:rsidRDefault="00AF6CDD" w14:paraId="56AFAECA"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r>
    </w:tbl>
    <w:p w:rsidR="00106D62" w:rsidRDefault="000712F4" w14:paraId="467A8902" w14:textId="77777777">
      <w:pPr>
        <w:pStyle w:val="Heading1"/>
      </w:pPr>
      <w:r>
        <w:t>Suppliers and External Support</w:t>
      </w:r>
    </w:p>
    <w:tbl>
      <w:tblPr>
        <w:tblStyle w:val="PlainTable1"/>
        <w:tblW w:w="0" w:type="auto"/>
        <w:tblLook w:val="04A0" w:firstRow="1" w:lastRow="0" w:firstColumn="1" w:lastColumn="0" w:noHBand="0" w:noVBand="1"/>
      </w:tblPr>
      <w:tblGrid>
        <w:gridCol w:w="8762"/>
        <w:gridCol w:w="1389"/>
        <w:gridCol w:w="1389"/>
        <w:gridCol w:w="1788"/>
      </w:tblGrid>
      <w:tr w:rsidR="00106D62" w:rsidTr="00AF6CDD" w14:paraId="66AB580C" w14:textId="77777777">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762" w:type="dxa"/>
          </w:tcPr>
          <w:p w:rsidRPr="00AF6CDD" w:rsidR="00106D62" w:rsidRDefault="000712F4" w14:paraId="65E6E100" w14:textId="77777777">
            <w:pPr>
              <w:rPr>
                <w:rFonts w:ascii="Arial" w:hAnsi="Arial" w:cs="Arial"/>
                <w:sz w:val="24"/>
                <w:szCs w:val="24"/>
              </w:rPr>
            </w:pPr>
            <w:r w:rsidRPr="00AF6CDD">
              <w:rPr>
                <w:rFonts w:ascii="Arial" w:hAnsi="Arial" w:cs="Arial"/>
                <w:sz w:val="24"/>
                <w:szCs w:val="24"/>
              </w:rPr>
              <w:t>Question</w:t>
            </w:r>
          </w:p>
        </w:tc>
        <w:tc>
          <w:tcPr>
            <w:tcW w:w="1389" w:type="dxa"/>
          </w:tcPr>
          <w:p w:rsidRPr="00AF6CDD" w:rsidR="00106D62" w:rsidRDefault="000712F4" w14:paraId="65529D95"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Yes</w:t>
            </w:r>
          </w:p>
        </w:tc>
        <w:tc>
          <w:tcPr>
            <w:tcW w:w="1389" w:type="dxa"/>
          </w:tcPr>
          <w:p w:rsidRPr="00AF6CDD" w:rsidR="00106D62" w:rsidRDefault="000712F4" w14:paraId="2D743C24"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No</w:t>
            </w:r>
          </w:p>
        </w:tc>
        <w:tc>
          <w:tcPr>
            <w:tcW w:w="1788" w:type="dxa"/>
          </w:tcPr>
          <w:p w:rsidRPr="00AF6CDD" w:rsidR="00106D62" w:rsidRDefault="000712F4" w14:paraId="5F33F0D7"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Don't know</w:t>
            </w:r>
          </w:p>
        </w:tc>
      </w:tr>
      <w:tr w:rsidR="00106D62" w:rsidTr="00AF6CDD" w14:paraId="60A8D371"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762" w:type="dxa"/>
          </w:tcPr>
          <w:p w:rsidRPr="00AF6CDD" w:rsidR="00106D62" w:rsidRDefault="000712F4" w14:paraId="565DAC6F" w14:textId="77777777">
            <w:pPr>
              <w:rPr>
                <w:rFonts w:ascii="Arial" w:hAnsi="Arial" w:cs="Arial"/>
                <w:b w:val="0"/>
                <w:bCs w:val="0"/>
                <w:sz w:val="24"/>
                <w:szCs w:val="24"/>
              </w:rPr>
            </w:pPr>
            <w:r w:rsidRPr="00AF6CDD">
              <w:rPr>
                <w:rFonts w:ascii="Arial" w:hAnsi="Arial" w:cs="Arial"/>
                <w:b w:val="0"/>
                <w:bCs w:val="0"/>
                <w:sz w:val="24"/>
                <w:szCs w:val="24"/>
              </w:rPr>
              <w:t>Do key suppliers have continuity plans?</w:t>
            </w:r>
          </w:p>
        </w:tc>
        <w:tc>
          <w:tcPr>
            <w:tcW w:w="1389" w:type="dxa"/>
          </w:tcPr>
          <w:p w:rsidRPr="00AF6CDD" w:rsidR="00106D62" w:rsidRDefault="00106D62" w14:paraId="62AD03A0"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389" w:type="dxa"/>
          </w:tcPr>
          <w:p w:rsidRPr="00AF6CDD" w:rsidR="00106D62" w:rsidRDefault="00106D62" w14:paraId="22710125"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88" w:type="dxa"/>
          </w:tcPr>
          <w:p w:rsidRPr="00AF6CDD" w:rsidR="00106D62" w:rsidRDefault="00106D62" w14:paraId="6445B11F"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06D62" w:rsidTr="00AF6CDD" w14:paraId="5A559DE8" w14:textId="77777777">
        <w:trPr>
          <w:trHeight w:val="324"/>
        </w:trPr>
        <w:tc>
          <w:tcPr>
            <w:cnfStyle w:val="001000000000" w:firstRow="0" w:lastRow="0" w:firstColumn="1" w:lastColumn="0" w:oddVBand="0" w:evenVBand="0" w:oddHBand="0" w:evenHBand="0" w:firstRowFirstColumn="0" w:firstRowLastColumn="0" w:lastRowFirstColumn="0" w:lastRowLastColumn="0"/>
            <w:tcW w:w="8762" w:type="dxa"/>
          </w:tcPr>
          <w:p w:rsidRPr="00AF6CDD" w:rsidR="00106D62" w:rsidRDefault="000712F4" w14:paraId="47C48671" w14:textId="77777777">
            <w:pPr>
              <w:rPr>
                <w:rFonts w:ascii="Arial" w:hAnsi="Arial" w:cs="Arial"/>
                <w:b w:val="0"/>
                <w:bCs w:val="0"/>
                <w:sz w:val="24"/>
                <w:szCs w:val="24"/>
              </w:rPr>
            </w:pPr>
            <w:r w:rsidRPr="00AF6CDD">
              <w:rPr>
                <w:rFonts w:ascii="Arial" w:hAnsi="Arial" w:cs="Arial"/>
                <w:b w:val="0"/>
                <w:bCs w:val="0"/>
                <w:sz w:val="24"/>
                <w:szCs w:val="24"/>
              </w:rPr>
              <w:t>Do you have alternative suppliers?</w:t>
            </w:r>
          </w:p>
        </w:tc>
        <w:tc>
          <w:tcPr>
            <w:tcW w:w="1389" w:type="dxa"/>
          </w:tcPr>
          <w:p w:rsidRPr="00AF6CDD" w:rsidR="00106D62" w:rsidRDefault="00106D62" w14:paraId="59668892"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89" w:type="dxa"/>
          </w:tcPr>
          <w:p w:rsidRPr="00AF6CDD" w:rsidR="00106D62" w:rsidRDefault="00106D62" w14:paraId="4D923BFB"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788" w:type="dxa"/>
          </w:tcPr>
          <w:p w:rsidRPr="00AF6CDD" w:rsidR="00106D62" w:rsidRDefault="00106D62" w14:paraId="7E13D815"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06D62" w:rsidTr="00AF6CDD" w14:paraId="02B3C21B"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762" w:type="dxa"/>
          </w:tcPr>
          <w:p w:rsidRPr="00AF6CDD" w:rsidR="00106D62" w:rsidRDefault="000712F4" w14:paraId="2197A5EC" w14:textId="77777777">
            <w:pPr>
              <w:rPr>
                <w:rFonts w:ascii="Arial" w:hAnsi="Arial" w:cs="Arial"/>
                <w:b w:val="0"/>
                <w:bCs w:val="0"/>
                <w:sz w:val="24"/>
                <w:szCs w:val="24"/>
              </w:rPr>
            </w:pPr>
            <w:r w:rsidRPr="00AF6CDD">
              <w:rPr>
                <w:rFonts w:ascii="Arial" w:hAnsi="Arial" w:cs="Arial"/>
                <w:b w:val="0"/>
                <w:bCs w:val="0"/>
                <w:sz w:val="24"/>
                <w:szCs w:val="24"/>
              </w:rPr>
              <w:t>Do you have up-to-date contact details?</w:t>
            </w:r>
          </w:p>
        </w:tc>
        <w:tc>
          <w:tcPr>
            <w:tcW w:w="1389" w:type="dxa"/>
          </w:tcPr>
          <w:p w:rsidRPr="00AF6CDD" w:rsidR="00106D62" w:rsidRDefault="00106D62" w14:paraId="51C5240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389" w:type="dxa"/>
          </w:tcPr>
          <w:p w:rsidRPr="00AF6CDD" w:rsidR="00106D62" w:rsidRDefault="00106D62" w14:paraId="130308F7"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88" w:type="dxa"/>
          </w:tcPr>
          <w:p w:rsidRPr="00AF6CDD" w:rsidR="00106D62" w:rsidRDefault="00106D62" w14:paraId="767BB3F5"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rsidR="00106D62" w:rsidRDefault="000712F4" w14:paraId="452A4247" w14:textId="77777777">
      <w:pPr>
        <w:pStyle w:val="Heading1"/>
      </w:pPr>
      <w:r>
        <w:t>People and Training</w:t>
      </w:r>
    </w:p>
    <w:tbl>
      <w:tblPr>
        <w:tblStyle w:val="PlainTable1"/>
        <w:tblW w:w="0" w:type="auto"/>
        <w:tblLook w:val="04A0" w:firstRow="1" w:lastRow="0" w:firstColumn="1" w:lastColumn="0" w:noHBand="0" w:noVBand="1"/>
      </w:tblPr>
      <w:tblGrid>
        <w:gridCol w:w="8729"/>
        <w:gridCol w:w="1384"/>
        <w:gridCol w:w="1384"/>
        <w:gridCol w:w="1781"/>
      </w:tblGrid>
      <w:tr w:rsidR="00106D62" w:rsidTr="00CB0CEF" w14:paraId="464F60B8"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729" w:type="dxa"/>
          </w:tcPr>
          <w:p w:rsidRPr="00AF6CDD" w:rsidR="00106D62" w:rsidRDefault="000712F4" w14:paraId="013D67AE" w14:textId="77777777">
            <w:pPr>
              <w:rPr>
                <w:rFonts w:ascii="Arial" w:hAnsi="Arial" w:cs="Arial"/>
                <w:sz w:val="24"/>
                <w:szCs w:val="24"/>
              </w:rPr>
            </w:pPr>
            <w:r w:rsidRPr="00AF6CDD">
              <w:rPr>
                <w:rFonts w:ascii="Arial" w:hAnsi="Arial" w:cs="Arial"/>
                <w:sz w:val="24"/>
                <w:szCs w:val="24"/>
              </w:rPr>
              <w:t>Question</w:t>
            </w:r>
          </w:p>
        </w:tc>
        <w:tc>
          <w:tcPr>
            <w:tcW w:w="1384" w:type="dxa"/>
          </w:tcPr>
          <w:p w:rsidRPr="00AF6CDD" w:rsidR="00106D62" w:rsidRDefault="000712F4" w14:paraId="2BBF2613"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Yes</w:t>
            </w:r>
          </w:p>
        </w:tc>
        <w:tc>
          <w:tcPr>
            <w:tcW w:w="1384" w:type="dxa"/>
          </w:tcPr>
          <w:p w:rsidRPr="00AF6CDD" w:rsidR="00106D62" w:rsidRDefault="000712F4" w14:paraId="5F2472A8"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No</w:t>
            </w:r>
          </w:p>
        </w:tc>
        <w:tc>
          <w:tcPr>
            <w:tcW w:w="1781" w:type="dxa"/>
          </w:tcPr>
          <w:p w:rsidRPr="00AF6CDD" w:rsidR="00106D62" w:rsidRDefault="000712F4" w14:paraId="144F6E83"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Don't know</w:t>
            </w:r>
          </w:p>
        </w:tc>
      </w:tr>
      <w:tr w:rsidR="00106D62" w:rsidTr="00CB0CEF" w14:paraId="1E714B7D" w14:textId="7777777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8729" w:type="dxa"/>
          </w:tcPr>
          <w:p w:rsidRPr="00AF6CDD" w:rsidR="00106D62" w:rsidRDefault="000712F4" w14:paraId="6E3E5778" w14:textId="77777777">
            <w:pPr>
              <w:rPr>
                <w:rFonts w:ascii="Arial" w:hAnsi="Arial" w:cs="Arial"/>
                <w:b w:val="0"/>
                <w:bCs w:val="0"/>
                <w:sz w:val="24"/>
                <w:szCs w:val="24"/>
              </w:rPr>
            </w:pPr>
            <w:r w:rsidRPr="00AF6CDD">
              <w:rPr>
                <w:rFonts w:ascii="Arial" w:hAnsi="Arial" w:cs="Arial"/>
                <w:b w:val="0"/>
                <w:bCs w:val="0"/>
                <w:sz w:val="24"/>
                <w:szCs w:val="24"/>
              </w:rPr>
              <w:t>Are staff aware of their roles in an incident?</w:t>
            </w:r>
          </w:p>
        </w:tc>
        <w:tc>
          <w:tcPr>
            <w:tcW w:w="1384" w:type="dxa"/>
          </w:tcPr>
          <w:p w:rsidRPr="00AF6CDD" w:rsidR="00106D62" w:rsidRDefault="00106D62" w14:paraId="68AE949F"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384" w:type="dxa"/>
          </w:tcPr>
          <w:p w:rsidRPr="00AF6CDD" w:rsidR="00106D62" w:rsidRDefault="00106D62" w14:paraId="0C8885AF"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81" w:type="dxa"/>
          </w:tcPr>
          <w:p w:rsidRPr="00AF6CDD" w:rsidR="00106D62" w:rsidRDefault="00106D62" w14:paraId="6C7D4FF5"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06D62" w:rsidTr="00CB0CEF" w14:paraId="0E39E3CD" w14:textId="77777777">
        <w:trPr>
          <w:trHeight w:val="288"/>
        </w:trPr>
        <w:tc>
          <w:tcPr>
            <w:cnfStyle w:val="001000000000" w:firstRow="0" w:lastRow="0" w:firstColumn="1" w:lastColumn="0" w:oddVBand="0" w:evenVBand="0" w:oddHBand="0" w:evenHBand="0" w:firstRowFirstColumn="0" w:firstRowLastColumn="0" w:lastRowFirstColumn="0" w:lastRowLastColumn="0"/>
            <w:tcW w:w="8729" w:type="dxa"/>
          </w:tcPr>
          <w:p w:rsidRPr="00AF6CDD" w:rsidR="00106D62" w:rsidRDefault="000712F4" w14:paraId="7B69BA05" w14:textId="77777777">
            <w:pPr>
              <w:rPr>
                <w:rFonts w:ascii="Arial" w:hAnsi="Arial" w:cs="Arial"/>
                <w:b w:val="0"/>
                <w:bCs w:val="0"/>
                <w:sz w:val="24"/>
                <w:szCs w:val="24"/>
              </w:rPr>
            </w:pPr>
            <w:r w:rsidRPr="00AF6CDD">
              <w:rPr>
                <w:rFonts w:ascii="Arial" w:hAnsi="Arial" w:cs="Arial"/>
                <w:b w:val="0"/>
                <w:bCs w:val="0"/>
                <w:sz w:val="24"/>
                <w:szCs w:val="24"/>
              </w:rPr>
              <w:t>Have you conducted training or exercises?</w:t>
            </w:r>
          </w:p>
        </w:tc>
        <w:tc>
          <w:tcPr>
            <w:tcW w:w="1384" w:type="dxa"/>
          </w:tcPr>
          <w:p w:rsidRPr="00AF6CDD" w:rsidR="00106D62" w:rsidRDefault="00106D62" w14:paraId="22125A30"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84" w:type="dxa"/>
          </w:tcPr>
          <w:p w:rsidRPr="00AF6CDD" w:rsidR="00106D62" w:rsidRDefault="00106D62" w14:paraId="351AAD65"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781" w:type="dxa"/>
          </w:tcPr>
          <w:p w:rsidRPr="00AF6CDD" w:rsidR="00106D62" w:rsidRDefault="00106D62" w14:paraId="5B7AB9E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06D62" w:rsidTr="00CB0CEF" w14:paraId="4F0F6988"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729" w:type="dxa"/>
          </w:tcPr>
          <w:p w:rsidRPr="00AF6CDD" w:rsidR="00106D62" w:rsidRDefault="000712F4" w14:paraId="5DE4FB00" w14:textId="77777777">
            <w:pPr>
              <w:rPr>
                <w:rFonts w:ascii="Arial" w:hAnsi="Arial" w:cs="Arial"/>
                <w:b w:val="0"/>
                <w:bCs w:val="0"/>
                <w:sz w:val="24"/>
                <w:szCs w:val="24"/>
              </w:rPr>
            </w:pPr>
            <w:r w:rsidRPr="00AF6CDD">
              <w:rPr>
                <w:rFonts w:ascii="Arial" w:hAnsi="Arial" w:cs="Arial"/>
                <w:b w:val="0"/>
                <w:bCs w:val="0"/>
                <w:sz w:val="24"/>
                <w:szCs w:val="24"/>
              </w:rPr>
              <w:t>Do you have a clear communication cascade?</w:t>
            </w:r>
          </w:p>
        </w:tc>
        <w:tc>
          <w:tcPr>
            <w:tcW w:w="1384" w:type="dxa"/>
          </w:tcPr>
          <w:p w:rsidRPr="00AF6CDD" w:rsidR="00106D62" w:rsidRDefault="00106D62" w14:paraId="347E0C70"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384" w:type="dxa"/>
          </w:tcPr>
          <w:p w:rsidRPr="00AF6CDD" w:rsidR="00106D62" w:rsidRDefault="00106D62" w14:paraId="62AFEB9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81" w:type="dxa"/>
          </w:tcPr>
          <w:p w:rsidRPr="00AF6CDD" w:rsidR="00106D62" w:rsidRDefault="00106D62" w14:paraId="11ED1370"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F6CDD" w:rsidTr="00CB0CEF" w14:paraId="74B1D270" w14:textId="77777777">
        <w:trPr>
          <w:trHeight w:val="278"/>
        </w:trPr>
        <w:tc>
          <w:tcPr>
            <w:cnfStyle w:val="001000000000" w:firstRow="0" w:lastRow="0" w:firstColumn="1" w:lastColumn="0" w:oddVBand="0" w:evenVBand="0" w:oddHBand="0" w:evenHBand="0" w:firstRowFirstColumn="0" w:firstRowLastColumn="0" w:lastRowFirstColumn="0" w:lastRowLastColumn="0"/>
            <w:tcW w:w="8729" w:type="dxa"/>
            <w:tcBorders>
              <w:top w:val="nil"/>
              <w:left w:val="single" w:color="BFBFBF" w:sz="8" w:space="0"/>
              <w:bottom w:val="single" w:color="BFBFBF" w:sz="8" w:space="0"/>
              <w:right w:val="single" w:color="BFBFBF" w:sz="8" w:space="0"/>
            </w:tcBorders>
            <w:vAlign w:val="center"/>
            <w:hideMark/>
          </w:tcPr>
          <w:p w:rsidRPr="00AF6CDD" w:rsidR="00AF6CDD" w:rsidRDefault="00AF6CDD" w14:paraId="5F520147" w14:textId="77777777">
            <w:pPr>
              <w:rPr>
                <w:rFonts w:ascii="Arial" w:hAnsi="Arial" w:cs="Arial"/>
                <w:b w:val="0"/>
                <w:bCs w:val="0"/>
                <w:kern w:val="2"/>
                <w:sz w:val="24"/>
                <w:szCs w:val="24"/>
                <w:lang w:val="en-GB" w:eastAsia="en-GB"/>
                <w14:ligatures w14:val="standardContextual"/>
              </w:rPr>
            </w:pPr>
            <w:r w:rsidRPr="00AF6CDD">
              <w:rPr>
                <w:rFonts w:ascii="Arial" w:hAnsi="Arial" w:cs="Arial"/>
                <w:b w:val="0"/>
                <w:bCs w:val="0"/>
                <w:sz w:val="24"/>
                <w:szCs w:val="24"/>
              </w:rPr>
              <w:t>Do staff know where to go for advice and information internally?</w:t>
            </w:r>
          </w:p>
        </w:tc>
        <w:tc>
          <w:tcPr>
            <w:tcW w:w="1384" w:type="dxa"/>
            <w:tcBorders>
              <w:top w:val="nil"/>
              <w:left w:val="nil"/>
              <w:bottom w:val="single" w:color="BFBFBF" w:sz="8" w:space="0"/>
              <w:right w:val="single" w:color="BFBFBF" w:sz="8" w:space="0"/>
            </w:tcBorders>
            <w:vAlign w:val="center"/>
            <w:hideMark/>
          </w:tcPr>
          <w:p w:rsidRPr="00AF6CDD" w:rsidR="00AF6CDD" w:rsidRDefault="00AF6CDD" w14:paraId="6807ECFD"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384" w:type="dxa"/>
            <w:tcBorders>
              <w:top w:val="nil"/>
              <w:left w:val="nil"/>
              <w:bottom w:val="single" w:color="BFBFBF" w:sz="8" w:space="0"/>
              <w:right w:val="single" w:color="BFBFBF" w:sz="8" w:space="0"/>
            </w:tcBorders>
            <w:vAlign w:val="center"/>
            <w:hideMark/>
          </w:tcPr>
          <w:p w:rsidRPr="00AF6CDD" w:rsidR="00AF6CDD" w:rsidRDefault="00AF6CDD" w14:paraId="131B8AD7"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781" w:type="dxa"/>
            <w:tcBorders>
              <w:top w:val="nil"/>
              <w:left w:val="nil"/>
              <w:bottom w:val="single" w:color="BFBFBF" w:sz="8" w:space="0"/>
              <w:right w:val="single" w:color="BFBFBF" w:sz="8" w:space="0"/>
            </w:tcBorders>
            <w:vAlign w:val="center"/>
            <w:hideMark/>
          </w:tcPr>
          <w:p w:rsidRPr="00AF6CDD" w:rsidR="00AF6CDD" w:rsidRDefault="00AF6CDD" w14:paraId="22AA2749"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r>
      <w:tr w:rsidR="00AF6CDD" w:rsidTr="00CB0CEF" w14:paraId="4E8AFEAE" w14:textId="77777777">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8729" w:type="dxa"/>
            <w:tcBorders>
              <w:top w:val="nil"/>
              <w:left w:val="single" w:color="BFBFBF" w:sz="8" w:space="0"/>
              <w:bottom w:val="single" w:color="BFBFBF" w:sz="8" w:space="0"/>
              <w:right w:val="single" w:color="BFBFBF" w:sz="8" w:space="0"/>
            </w:tcBorders>
            <w:shd w:val="clear" w:color="auto" w:fill="F2F2F2"/>
            <w:vAlign w:val="center"/>
            <w:hideMark/>
          </w:tcPr>
          <w:p w:rsidRPr="00AF6CDD" w:rsidR="00AF6CDD" w:rsidRDefault="00AF6CDD" w14:paraId="2A388783" w14:textId="77777777">
            <w:pPr>
              <w:rPr>
                <w:rFonts w:ascii="Arial" w:hAnsi="Arial" w:cs="Arial"/>
                <w:b w:val="0"/>
                <w:bCs w:val="0"/>
                <w:kern w:val="2"/>
                <w:sz w:val="24"/>
                <w:szCs w:val="24"/>
                <w:lang w:val="en-GB" w:eastAsia="en-GB"/>
                <w14:ligatures w14:val="standardContextual"/>
              </w:rPr>
            </w:pPr>
            <w:r w:rsidRPr="00AF6CDD">
              <w:rPr>
                <w:rFonts w:ascii="Arial" w:hAnsi="Arial" w:cs="Arial"/>
                <w:b w:val="0"/>
                <w:bCs w:val="0"/>
                <w:color w:val="000000"/>
                <w:sz w:val="24"/>
                <w:szCs w:val="24"/>
              </w:rPr>
              <w:lastRenderedPageBreak/>
              <w:t>Do staff know where to go for external advice and information (for example JEPU, SRF or Protect)?</w:t>
            </w:r>
          </w:p>
        </w:tc>
        <w:tc>
          <w:tcPr>
            <w:tcW w:w="1384"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55B3640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384"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5E1196FE"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c>
          <w:tcPr>
            <w:tcW w:w="1781" w:type="dxa"/>
            <w:tcBorders>
              <w:top w:val="nil"/>
              <w:left w:val="nil"/>
              <w:bottom w:val="single" w:color="BFBFBF" w:sz="8" w:space="0"/>
              <w:right w:val="single" w:color="BFBFBF" w:sz="8" w:space="0"/>
            </w:tcBorders>
            <w:shd w:val="clear" w:color="auto" w:fill="F2F2F2"/>
            <w:vAlign w:val="center"/>
            <w:hideMark/>
          </w:tcPr>
          <w:p w:rsidRPr="00AF6CDD" w:rsidR="00AF6CDD" w:rsidRDefault="00AF6CDD" w14:paraId="63DA736D"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6CDD">
              <w:rPr>
                <w:rFonts w:ascii="Arial" w:hAnsi="Arial" w:cs="Arial"/>
                <w:sz w:val="24"/>
                <w:szCs w:val="24"/>
              </w:rPr>
              <w:t> </w:t>
            </w:r>
          </w:p>
        </w:tc>
      </w:tr>
    </w:tbl>
    <w:p w:rsidR="00AF6CDD" w:rsidRDefault="00AF6CDD" w14:paraId="1303CE7A" w14:textId="77777777">
      <w:pPr>
        <w:pStyle w:val="Heading1"/>
        <w:rPr>
          <w:kern w:val="36"/>
          <w:lang w:val="en-GB" w:eastAsia="en-GB"/>
          <w14:ligatures w14:val="standardContextual"/>
        </w:rPr>
      </w:pPr>
      <w:r>
        <w:t>Insurance</w:t>
      </w:r>
    </w:p>
    <w:tbl>
      <w:tblPr>
        <w:tblStyle w:val="PlainTable1"/>
        <w:tblW w:w="0" w:type="auto"/>
        <w:tblLook w:val="04A0" w:firstRow="1" w:lastRow="0" w:firstColumn="1" w:lastColumn="0" w:noHBand="0" w:noVBand="1"/>
      </w:tblPr>
      <w:tblGrid>
        <w:gridCol w:w="8662"/>
        <w:gridCol w:w="1373"/>
        <w:gridCol w:w="1373"/>
        <w:gridCol w:w="1767"/>
      </w:tblGrid>
      <w:tr w:rsidR="006B6D91" w:rsidTr="00CB0CEF" w14:paraId="171886AA" w14:textId="77777777">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8662" w:type="dxa"/>
          </w:tcPr>
          <w:p w:rsidRPr="00AF6CDD" w:rsidR="006B6D91" w:rsidP="0020393E" w:rsidRDefault="006B6D91" w14:paraId="1B0B207D" w14:textId="77777777">
            <w:pPr>
              <w:rPr>
                <w:rFonts w:ascii="Arial" w:hAnsi="Arial" w:cs="Arial"/>
                <w:sz w:val="24"/>
                <w:szCs w:val="24"/>
              </w:rPr>
            </w:pPr>
            <w:r w:rsidRPr="00AF6CDD">
              <w:rPr>
                <w:rFonts w:ascii="Arial" w:hAnsi="Arial" w:cs="Arial"/>
                <w:sz w:val="24"/>
                <w:szCs w:val="24"/>
              </w:rPr>
              <w:t>Question</w:t>
            </w:r>
          </w:p>
        </w:tc>
        <w:tc>
          <w:tcPr>
            <w:tcW w:w="1373" w:type="dxa"/>
          </w:tcPr>
          <w:p w:rsidRPr="00AF6CDD" w:rsidR="006B6D91" w:rsidP="0020393E" w:rsidRDefault="006B6D91" w14:paraId="14EA1DE0"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Yes</w:t>
            </w:r>
          </w:p>
        </w:tc>
        <w:tc>
          <w:tcPr>
            <w:tcW w:w="1373" w:type="dxa"/>
          </w:tcPr>
          <w:p w:rsidRPr="00AF6CDD" w:rsidR="006B6D91" w:rsidP="0020393E" w:rsidRDefault="006B6D91" w14:paraId="7488D245"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No</w:t>
            </w:r>
          </w:p>
        </w:tc>
        <w:tc>
          <w:tcPr>
            <w:tcW w:w="1767" w:type="dxa"/>
          </w:tcPr>
          <w:p w:rsidRPr="00AF6CDD" w:rsidR="006B6D91" w:rsidP="0020393E" w:rsidRDefault="006B6D91" w14:paraId="3FF78E3D"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Don't know</w:t>
            </w:r>
          </w:p>
        </w:tc>
      </w:tr>
      <w:tr w:rsidR="00AF6CDD" w:rsidTr="00CB0CEF" w14:paraId="5627DC27" w14:textId="77777777">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8662" w:type="dxa"/>
            <w:tcBorders>
              <w:top w:val="nil"/>
              <w:left w:val="single" w:color="BFBFBF" w:sz="8" w:space="0"/>
              <w:bottom w:val="single" w:color="BFBFBF" w:sz="8" w:space="0"/>
              <w:right w:val="single" w:color="BFBFBF" w:sz="8" w:space="0"/>
            </w:tcBorders>
            <w:shd w:val="clear" w:color="auto" w:fill="F2F2F2"/>
            <w:vAlign w:val="center"/>
            <w:hideMark/>
          </w:tcPr>
          <w:p w:rsidRPr="00AF6CDD" w:rsidR="00AF6CDD" w:rsidRDefault="00AF6CDD" w14:paraId="15E14017" w14:textId="77777777">
            <w:pPr>
              <w:rPr>
                <w:rFonts w:ascii="Arial" w:hAnsi="Arial" w:cs="Arial"/>
                <w:b w:val="0"/>
                <w:bCs w:val="0"/>
                <w:kern w:val="2"/>
                <w:sz w:val="24"/>
                <w:szCs w:val="24"/>
                <w:lang w:val="en-GB" w:eastAsia="en-GB"/>
                <w14:ligatures w14:val="standardContextual"/>
              </w:rPr>
            </w:pPr>
            <w:r w:rsidRPr="00AF6CDD">
              <w:rPr>
                <w:rFonts w:ascii="Arial" w:hAnsi="Arial" w:cs="Arial"/>
                <w:b w:val="0"/>
                <w:bCs w:val="0"/>
                <w:color w:val="000000"/>
                <w:sz w:val="24"/>
                <w:szCs w:val="24"/>
              </w:rPr>
              <w:t>Do you have sufficient insurance to cover business disruption, repairs, temporary staff, temporary accommodation and equipment?</w:t>
            </w:r>
          </w:p>
        </w:tc>
        <w:tc>
          <w:tcPr>
            <w:tcW w:w="1373" w:type="dxa"/>
            <w:tcBorders>
              <w:top w:val="nil"/>
              <w:left w:val="nil"/>
              <w:bottom w:val="single" w:color="BFBFBF" w:sz="8" w:space="0"/>
              <w:right w:val="single" w:color="BFBFBF" w:sz="8" w:space="0"/>
            </w:tcBorders>
            <w:shd w:val="clear" w:color="auto" w:fill="F2F2F2"/>
            <w:vAlign w:val="center"/>
            <w:hideMark/>
          </w:tcPr>
          <w:p w:rsidR="00AF6CDD" w:rsidRDefault="00AF6CDD" w14:paraId="7D645E43" w14:textId="77777777">
            <w:pPr>
              <w:cnfStyle w:val="000000100000" w:firstRow="0" w:lastRow="0" w:firstColumn="0" w:lastColumn="0" w:oddVBand="0" w:evenVBand="0" w:oddHBand="1" w:evenHBand="0" w:firstRowFirstColumn="0" w:firstRowLastColumn="0" w:lastRowFirstColumn="0" w:lastRowLastColumn="0"/>
            </w:pPr>
            <w:r>
              <w:t> </w:t>
            </w:r>
          </w:p>
        </w:tc>
        <w:tc>
          <w:tcPr>
            <w:tcW w:w="1373" w:type="dxa"/>
            <w:tcBorders>
              <w:top w:val="nil"/>
              <w:left w:val="nil"/>
              <w:bottom w:val="single" w:color="BFBFBF" w:sz="8" w:space="0"/>
              <w:right w:val="single" w:color="BFBFBF" w:sz="8" w:space="0"/>
            </w:tcBorders>
            <w:shd w:val="clear" w:color="auto" w:fill="F2F2F2"/>
            <w:vAlign w:val="center"/>
            <w:hideMark/>
          </w:tcPr>
          <w:p w:rsidR="00AF6CDD" w:rsidRDefault="00AF6CDD" w14:paraId="0E811B1E" w14:textId="77777777">
            <w:pPr>
              <w:cnfStyle w:val="000000100000" w:firstRow="0" w:lastRow="0" w:firstColumn="0" w:lastColumn="0" w:oddVBand="0" w:evenVBand="0" w:oddHBand="1" w:evenHBand="0" w:firstRowFirstColumn="0" w:firstRowLastColumn="0" w:lastRowFirstColumn="0" w:lastRowLastColumn="0"/>
            </w:pPr>
            <w:r>
              <w:t> </w:t>
            </w:r>
          </w:p>
        </w:tc>
        <w:tc>
          <w:tcPr>
            <w:tcW w:w="1767" w:type="dxa"/>
            <w:tcBorders>
              <w:top w:val="nil"/>
              <w:left w:val="nil"/>
              <w:bottom w:val="single" w:color="BFBFBF" w:sz="8" w:space="0"/>
              <w:right w:val="single" w:color="BFBFBF" w:sz="8" w:space="0"/>
            </w:tcBorders>
            <w:shd w:val="clear" w:color="auto" w:fill="F2F2F2"/>
            <w:vAlign w:val="center"/>
            <w:hideMark/>
          </w:tcPr>
          <w:p w:rsidR="00AF6CDD" w:rsidRDefault="00AF6CDD" w14:paraId="09F9FB3C" w14:textId="77777777">
            <w:pPr>
              <w:cnfStyle w:val="000000100000" w:firstRow="0" w:lastRow="0" w:firstColumn="0" w:lastColumn="0" w:oddVBand="0" w:evenVBand="0" w:oddHBand="1" w:evenHBand="0" w:firstRowFirstColumn="0" w:firstRowLastColumn="0" w:lastRowFirstColumn="0" w:lastRowLastColumn="0"/>
            </w:pPr>
            <w:r>
              <w:t> </w:t>
            </w:r>
          </w:p>
        </w:tc>
      </w:tr>
      <w:tr w:rsidR="006B6D91" w:rsidTr="00CB0CEF" w14:paraId="48801BBE" w14:textId="77777777">
        <w:trPr>
          <w:trHeight w:val="661"/>
        </w:trPr>
        <w:tc>
          <w:tcPr>
            <w:cnfStyle w:val="001000000000" w:firstRow="0" w:lastRow="0" w:firstColumn="1" w:lastColumn="0" w:oddVBand="0" w:evenVBand="0" w:oddHBand="0" w:evenHBand="0" w:firstRowFirstColumn="0" w:firstRowLastColumn="0" w:lastRowFirstColumn="0" w:lastRowLastColumn="0"/>
            <w:tcW w:w="8662" w:type="dxa"/>
          </w:tcPr>
          <w:p w:rsidRPr="00AF6CDD" w:rsidR="006B6D91" w:rsidP="0020393E" w:rsidRDefault="006B6D91" w14:paraId="350BE0C1" w14:textId="49C371FC">
            <w:pPr>
              <w:rPr>
                <w:rFonts w:ascii="Arial" w:hAnsi="Arial" w:cs="Arial"/>
                <w:b w:val="0"/>
                <w:bCs w:val="0"/>
                <w:sz w:val="24"/>
                <w:szCs w:val="24"/>
              </w:rPr>
            </w:pPr>
            <w:r w:rsidRPr="00AF6CDD">
              <w:rPr>
                <w:rFonts w:ascii="Arial" w:hAnsi="Arial" w:cs="Arial"/>
                <w:b w:val="0"/>
                <w:bCs w:val="0"/>
                <w:sz w:val="24"/>
                <w:szCs w:val="24"/>
              </w:rPr>
              <w:t xml:space="preserve">Do you have your insurance company details </w:t>
            </w:r>
            <w:proofErr w:type="gramStart"/>
            <w:r w:rsidRPr="00AF6CDD">
              <w:rPr>
                <w:rFonts w:ascii="Arial" w:hAnsi="Arial" w:cs="Arial"/>
                <w:b w:val="0"/>
                <w:bCs w:val="0"/>
                <w:sz w:val="24"/>
                <w:szCs w:val="24"/>
              </w:rPr>
              <w:t>in order to</w:t>
            </w:r>
            <w:proofErr w:type="gramEnd"/>
            <w:r w:rsidRPr="00AF6CDD">
              <w:rPr>
                <w:rFonts w:ascii="Arial" w:hAnsi="Arial" w:cs="Arial"/>
                <w:b w:val="0"/>
                <w:bCs w:val="0"/>
                <w:sz w:val="24"/>
                <w:szCs w:val="24"/>
              </w:rPr>
              <w:t xml:space="preserve"> contact them immediately at the time of the incident?</w:t>
            </w:r>
          </w:p>
        </w:tc>
        <w:tc>
          <w:tcPr>
            <w:tcW w:w="1373" w:type="dxa"/>
          </w:tcPr>
          <w:p w:rsidR="006B6D91" w:rsidP="0020393E" w:rsidRDefault="006B6D91" w14:paraId="23BA1518" w14:textId="77777777">
            <w:pPr>
              <w:cnfStyle w:val="000000000000" w:firstRow="0" w:lastRow="0" w:firstColumn="0" w:lastColumn="0" w:oddVBand="0" w:evenVBand="0" w:oddHBand="0" w:evenHBand="0" w:firstRowFirstColumn="0" w:firstRowLastColumn="0" w:lastRowFirstColumn="0" w:lastRowLastColumn="0"/>
            </w:pPr>
          </w:p>
        </w:tc>
        <w:tc>
          <w:tcPr>
            <w:tcW w:w="1373" w:type="dxa"/>
          </w:tcPr>
          <w:p w:rsidR="006B6D91" w:rsidP="0020393E" w:rsidRDefault="006B6D91" w14:paraId="34C81069" w14:textId="77777777">
            <w:pPr>
              <w:cnfStyle w:val="000000000000" w:firstRow="0" w:lastRow="0" w:firstColumn="0" w:lastColumn="0" w:oddVBand="0" w:evenVBand="0" w:oddHBand="0" w:evenHBand="0" w:firstRowFirstColumn="0" w:firstRowLastColumn="0" w:lastRowFirstColumn="0" w:lastRowLastColumn="0"/>
            </w:pPr>
          </w:p>
        </w:tc>
        <w:tc>
          <w:tcPr>
            <w:tcW w:w="1767" w:type="dxa"/>
          </w:tcPr>
          <w:p w:rsidR="006B6D91" w:rsidP="0020393E" w:rsidRDefault="006B6D91" w14:paraId="7A2A6C0D" w14:textId="77777777">
            <w:pPr>
              <w:cnfStyle w:val="000000000000" w:firstRow="0" w:lastRow="0" w:firstColumn="0" w:lastColumn="0" w:oddVBand="0" w:evenVBand="0" w:oddHBand="0" w:evenHBand="0" w:firstRowFirstColumn="0" w:firstRowLastColumn="0" w:lastRowFirstColumn="0" w:lastRowLastColumn="0"/>
            </w:pPr>
          </w:p>
        </w:tc>
      </w:tr>
    </w:tbl>
    <w:p w:rsidR="00AF6CDD" w:rsidRDefault="00AF6CDD" w14:paraId="1F6E57B3" w14:textId="77777777">
      <w:pPr>
        <w:pStyle w:val="Heading1"/>
        <w:rPr>
          <w:kern w:val="36"/>
          <w:lang w:val="en-GB" w:eastAsia="en-GB"/>
          <w14:ligatures w14:val="standardContextual"/>
        </w:rPr>
      </w:pPr>
      <w:r>
        <w:t>Grab Bag</w:t>
      </w:r>
    </w:p>
    <w:tbl>
      <w:tblPr>
        <w:tblStyle w:val="PlainTable1"/>
        <w:tblW w:w="0" w:type="auto"/>
        <w:tblLook w:val="04A0" w:firstRow="1" w:lastRow="0" w:firstColumn="1" w:lastColumn="0" w:noHBand="0" w:noVBand="1"/>
      </w:tblPr>
      <w:tblGrid>
        <w:gridCol w:w="8663"/>
        <w:gridCol w:w="1373"/>
        <w:gridCol w:w="1373"/>
        <w:gridCol w:w="1767"/>
      </w:tblGrid>
      <w:tr w:rsidR="0036338C" w:rsidTr="00CB0CEF" w14:paraId="4BC6B9BB" w14:textId="7777777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63" w:type="dxa"/>
          </w:tcPr>
          <w:p w:rsidRPr="00AF6CDD" w:rsidR="0036338C" w:rsidP="0020393E" w:rsidRDefault="0036338C" w14:paraId="05D3E9FF" w14:textId="77777777">
            <w:pPr>
              <w:rPr>
                <w:rFonts w:ascii="Arial" w:hAnsi="Arial" w:cs="Arial"/>
                <w:b w:val="0"/>
                <w:bCs w:val="0"/>
                <w:sz w:val="24"/>
                <w:szCs w:val="24"/>
              </w:rPr>
            </w:pPr>
            <w:r w:rsidRPr="00AF6CDD">
              <w:rPr>
                <w:rFonts w:ascii="Arial" w:hAnsi="Arial" w:cs="Arial"/>
                <w:b w:val="0"/>
                <w:bCs w:val="0"/>
                <w:sz w:val="24"/>
                <w:szCs w:val="24"/>
              </w:rPr>
              <w:t>Question</w:t>
            </w:r>
          </w:p>
        </w:tc>
        <w:tc>
          <w:tcPr>
            <w:tcW w:w="1373" w:type="dxa"/>
          </w:tcPr>
          <w:p w:rsidRPr="00AF6CDD" w:rsidR="0036338C" w:rsidP="0020393E" w:rsidRDefault="0036338C" w14:paraId="2DC498EE"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Yes</w:t>
            </w:r>
          </w:p>
        </w:tc>
        <w:tc>
          <w:tcPr>
            <w:tcW w:w="1373" w:type="dxa"/>
          </w:tcPr>
          <w:p w:rsidRPr="00AF6CDD" w:rsidR="0036338C" w:rsidP="0020393E" w:rsidRDefault="0036338C" w14:paraId="6A2BAC43"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No</w:t>
            </w:r>
          </w:p>
        </w:tc>
        <w:tc>
          <w:tcPr>
            <w:tcW w:w="1767" w:type="dxa"/>
          </w:tcPr>
          <w:p w:rsidRPr="00AF6CDD" w:rsidR="0036338C" w:rsidP="0020393E" w:rsidRDefault="0036338C" w14:paraId="287C8352"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F6CDD">
              <w:rPr>
                <w:rFonts w:ascii="Arial" w:hAnsi="Arial" w:cs="Arial"/>
                <w:sz w:val="24"/>
                <w:szCs w:val="24"/>
              </w:rPr>
              <w:t>Don't know</w:t>
            </w:r>
          </w:p>
        </w:tc>
      </w:tr>
      <w:tr w:rsidR="0036338C" w:rsidTr="00CB0CEF" w14:paraId="4B07D52E" w14:textId="7777777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663" w:type="dxa"/>
          </w:tcPr>
          <w:p w:rsidRPr="00AF6CDD" w:rsidR="0036338C" w:rsidP="0020393E" w:rsidRDefault="0036338C" w14:paraId="21D005B7" w14:textId="611F9A9F">
            <w:pPr>
              <w:rPr>
                <w:rFonts w:ascii="Arial" w:hAnsi="Arial" w:cs="Arial"/>
                <w:b w:val="0"/>
                <w:bCs w:val="0"/>
                <w:sz w:val="24"/>
                <w:szCs w:val="24"/>
              </w:rPr>
            </w:pPr>
            <w:r w:rsidRPr="00AF6CDD">
              <w:rPr>
                <w:rFonts w:ascii="Arial" w:hAnsi="Arial" w:cs="Arial"/>
                <w:b w:val="0"/>
                <w:bCs w:val="0"/>
                <w:sz w:val="24"/>
                <w:szCs w:val="24"/>
              </w:rPr>
              <w:t>Business recovery plan</w:t>
            </w:r>
          </w:p>
        </w:tc>
        <w:tc>
          <w:tcPr>
            <w:tcW w:w="1373" w:type="dxa"/>
          </w:tcPr>
          <w:p w:rsidR="0036338C" w:rsidP="0020393E" w:rsidRDefault="0036338C" w14:paraId="4477FB99" w14:textId="77777777">
            <w:pPr>
              <w:cnfStyle w:val="000000100000" w:firstRow="0" w:lastRow="0" w:firstColumn="0" w:lastColumn="0" w:oddVBand="0" w:evenVBand="0" w:oddHBand="1" w:evenHBand="0" w:firstRowFirstColumn="0" w:firstRowLastColumn="0" w:lastRowFirstColumn="0" w:lastRowLastColumn="0"/>
            </w:pPr>
          </w:p>
        </w:tc>
        <w:tc>
          <w:tcPr>
            <w:tcW w:w="1373" w:type="dxa"/>
          </w:tcPr>
          <w:p w:rsidR="0036338C" w:rsidP="0020393E" w:rsidRDefault="0036338C" w14:paraId="49FBE650" w14:textId="77777777">
            <w:pPr>
              <w:cnfStyle w:val="000000100000" w:firstRow="0" w:lastRow="0" w:firstColumn="0" w:lastColumn="0" w:oddVBand="0" w:evenVBand="0" w:oddHBand="1" w:evenHBand="0" w:firstRowFirstColumn="0" w:firstRowLastColumn="0" w:lastRowFirstColumn="0" w:lastRowLastColumn="0"/>
            </w:pPr>
          </w:p>
        </w:tc>
        <w:tc>
          <w:tcPr>
            <w:tcW w:w="1767" w:type="dxa"/>
          </w:tcPr>
          <w:p w:rsidR="0036338C" w:rsidP="0020393E" w:rsidRDefault="0036338C" w14:paraId="5FBF5AB6" w14:textId="77777777">
            <w:pPr>
              <w:cnfStyle w:val="000000100000" w:firstRow="0" w:lastRow="0" w:firstColumn="0" w:lastColumn="0" w:oddVBand="0" w:evenVBand="0" w:oddHBand="1" w:evenHBand="0" w:firstRowFirstColumn="0" w:firstRowLastColumn="0" w:lastRowFirstColumn="0" w:lastRowLastColumn="0"/>
            </w:pPr>
          </w:p>
        </w:tc>
      </w:tr>
      <w:tr w:rsidR="0036338C" w:rsidTr="00CB0CEF" w14:paraId="247F5DAC" w14:textId="77777777">
        <w:trPr>
          <w:trHeight w:val="290"/>
        </w:trPr>
        <w:tc>
          <w:tcPr>
            <w:cnfStyle w:val="001000000000" w:firstRow="0" w:lastRow="0" w:firstColumn="1" w:lastColumn="0" w:oddVBand="0" w:evenVBand="0" w:oddHBand="0" w:evenHBand="0" w:firstRowFirstColumn="0" w:firstRowLastColumn="0" w:lastRowFirstColumn="0" w:lastRowLastColumn="0"/>
            <w:tcW w:w="8663" w:type="dxa"/>
          </w:tcPr>
          <w:p w:rsidRPr="00AF6CDD" w:rsidR="0036338C" w:rsidP="0020393E" w:rsidRDefault="0036338C" w14:paraId="068A101E" w14:textId="5FFF6704">
            <w:pPr>
              <w:rPr>
                <w:rFonts w:ascii="Arial" w:hAnsi="Arial" w:cs="Arial"/>
                <w:b w:val="0"/>
                <w:bCs w:val="0"/>
                <w:sz w:val="24"/>
                <w:szCs w:val="24"/>
              </w:rPr>
            </w:pPr>
            <w:r w:rsidRPr="00AF6CDD">
              <w:rPr>
                <w:rFonts w:ascii="Arial" w:hAnsi="Arial" w:cs="Arial"/>
                <w:b w:val="0"/>
                <w:bCs w:val="0"/>
                <w:sz w:val="24"/>
                <w:szCs w:val="24"/>
              </w:rPr>
              <w:t>List of employees with contact details</w:t>
            </w:r>
          </w:p>
        </w:tc>
        <w:tc>
          <w:tcPr>
            <w:tcW w:w="1373" w:type="dxa"/>
          </w:tcPr>
          <w:p w:rsidR="0036338C" w:rsidP="0020393E" w:rsidRDefault="0036338C" w14:paraId="79991088" w14:textId="77777777">
            <w:pPr>
              <w:cnfStyle w:val="000000000000" w:firstRow="0" w:lastRow="0" w:firstColumn="0" w:lastColumn="0" w:oddVBand="0" w:evenVBand="0" w:oddHBand="0" w:evenHBand="0" w:firstRowFirstColumn="0" w:firstRowLastColumn="0" w:lastRowFirstColumn="0" w:lastRowLastColumn="0"/>
            </w:pPr>
          </w:p>
        </w:tc>
        <w:tc>
          <w:tcPr>
            <w:tcW w:w="1373" w:type="dxa"/>
          </w:tcPr>
          <w:p w:rsidR="0036338C" w:rsidP="0020393E" w:rsidRDefault="0036338C" w14:paraId="001C361C" w14:textId="77777777">
            <w:pPr>
              <w:cnfStyle w:val="000000000000" w:firstRow="0" w:lastRow="0" w:firstColumn="0" w:lastColumn="0" w:oddVBand="0" w:evenVBand="0" w:oddHBand="0" w:evenHBand="0" w:firstRowFirstColumn="0" w:firstRowLastColumn="0" w:lastRowFirstColumn="0" w:lastRowLastColumn="0"/>
            </w:pPr>
          </w:p>
        </w:tc>
        <w:tc>
          <w:tcPr>
            <w:tcW w:w="1767" w:type="dxa"/>
          </w:tcPr>
          <w:p w:rsidR="0036338C" w:rsidP="0020393E" w:rsidRDefault="0036338C" w14:paraId="555477A8" w14:textId="77777777">
            <w:pPr>
              <w:cnfStyle w:val="000000000000" w:firstRow="0" w:lastRow="0" w:firstColumn="0" w:lastColumn="0" w:oddVBand="0" w:evenVBand="0" w:oddHBand="0" w:evenHBand="0" w:firstRowFirstColumn="0" w:firstRowLastColumn="0" w:lastRowFirstColumn="0" w:lastRowLastColumn="0"/>
            </w:pPr>
          </w:p>
        </w:tc>
      </w:tr>
      <w:tr w:rsidR="0036338C" w:rsidTr="00CB0CEF" w14:paraId="64F23197" w14:textId="7777777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663" w:type="dxa"/>
          </w:tcPr>
          <w:p w:rsidRPr="00AF6CDD" w:rsidR="0036338C" w:rsidP="0020393E" w:rsidRDefault="0036338C" w14:paraId="45395817" w14:textId="53EBB574">
            <w:pPr>
              <w:rPr>
                <w:rFonts w:ascii="Arial" w:hAnsi="Arial" w:cs="Arial"/>
                <w:b w:val="0"/>
                <w:bCs w:val="0"/>
                <w:sz w:val="24"/>
                <w:szCs w:val="24"/>
              </w:rPr>
            </w:pPr>
            <w:r w:rsidRPr="00AF6CDD">
              <w:rPr>
                <w:rFonts w:ascii="Arial" w:hAnsi="Arial" w:cs="Arial"/>
                <w:b w:val="0"/>
                <w:bCs w:val="0"/>
                <w:sz w:val="24"/>
                <w:szCs w:val="24"/>
              </w:rPr>
              <w:t>Details of IT providers</w:t>
            </w:r>
          </w:p>
        </w:tc>
        <w:tc>
          <w:tcPr>
            <w:tcW w:w="1373" w:type="dxa"/>
          </w:tcPr>
          <w:p w:rsidR="0036338C" w:rsidP="0020393E" w:rsidRDefault="0036338C" w14:paraId="43F54492" w14:textId="77777777">
            <w:pPr>
              <w:cnfStyle w:val="000000100000" w:firstRow="0" w:lastRow="0" w:firstColumn="0" w:lastColumn="0" w:oddVBand="0" w:evenVBand="0" w:oddHBand="1" w:evenHBand="0" w:firstRowFirstColumn="0" w:firstRowLastColumn="0" w:lastRowFirstColumn="0" w:lastRowLastColumn="0"/>
            </w:pPr>
          </w:p>
        </w:tc>
        <w:tc>
          <w:tcPr>
            <w:tcW w:w="1373" w:type="dxa"/>
          </w:tcPr>
          <w:p w:rsidR="0036338C" w:rsidP="0020393E" w:rsidRDefault="0036338C" w14:paraId="33546331" w14:textId="77777777">
            <w:pPr>
              <w:cnfStyle w:val="000000100000" w:firstRow="0" w:lastRow="0" w:firstColumn="0" w:lastColumn="0" w:oddVBand="0" w:evenVBand="0" w:oddHBand="1" w:evenHBand="0" w:firstRowFirstColumn="0" w:firstRowLastColumn="0" w:lastRowFirstColumn="0" w:lastRowLastColumn="0"/>
            </w:pPr>
          </w:p>
        </w:tc>
        <w:tc>
          <w:tcPr>
            <w:tcW w:w="1767" w:type="dxa"/>
          </w:tcPr>
          <w:p w:rsidR="0036338C" w:rsidP="0020393E" w:rsidRDefault="0036338C" w14:paraId="476E1396" w14:textId="77777777">
            <w:pPr>
              <w:cnfStyle w:val="000000100000" w:firstRow="0" w:lastRow="0" w:firstColumn="0" w:lastColumn="0" w:oddVBand="0" w:evenVBand="0" w:oddHBand="1" w:evenHBand="0" w:firstRowFirstColumn="0" w:firstRowLastColumn="0" w:lastRowFirstColumn="0" w:lastRowLastColumn="0"/>
            </w:pPr>
          </w:p>
        </w:tc>
      </w:tr>
      <w:tr w:rsidR="0036338C" w:rsidTr="00CB0CEF" w14:paraId="1330D0DB" w14:textId="77777777">
        <w:trPr>
          <w:trHeight w:val="290"/>
        </w:trPr>
        <w:tc>
          <w:tcPr>
            <w:cnfStyle w:val="001000000000" w:firstRow="0" w:lastRow="0" w:firstColumn="1" w:lastColumn="0" w:oddVBand="0" w:evenVBand="0" w:oddHBand="0" w:evenHBand="0" w:firstRowFirstColumn="0" w:firstRowLastColumn="0" w:lastRowFirstColumn="0" w:lastRowLastColumn="0"/>
            <w:tcW w:w="8663" w:type="dxa"/>
          </w:tcPr>
          <w:p w:rsidRPr="00AF6CDD" w:rsidR="0036338C" w:rsidP="0020393E" w:rsidRDefault="0036338C" w14:paraId="740E8796" w14:textId="1CAA0C33">
            <w:pPr>
              <w:rPr>
                <w:rFonts w:ascii="Arial" w:hAnsi="Arial" w:cs="Arial"/>
                <w:b w:val="0"/>
                <w:bCs w:val="0"/>
                <w:sz w:val="24"/>
                <w:szCs w:val="24"/>
              </w:rPr>
            </w:pPr>
            <w:r w:rsidRPr="00AF6CDD">
              <w:rPr>
                <w:rFonts w:ascii="Arial" w:hAnsi="Arial" w:cs="Arial"/>
                <w:b w:val="0"/>
                <w:bCs w:val="0"/>
                <w:sz w:val="24"/>
                <w:szCs w:val="24"/>
              </w:rPr>
              <w:t>Building site plans</w:t>
            </w:r>
          </w:p>
        </w:tc>
        <w:tc>
          <w:tcPr>
            <w:tcW w:w="1373" w:type="dxa"/>
          </w:tcPr>
          <w:p w:rsidR="0036338C" w:rsidP="0020393E" w:rsidRDefault="0036338C" w14:paraId="6C748312" w14:textId="77777777">
            <w:pPr>
              <w:cnfStyle w:val="000000000000" w:firstRow="0" w:lastRow="0" w:firstColumn="0" w:lastColumn="0" w:oddVBand="0" w:evenVBand="0" w:oddHBand="0" w:evenHBand="0" w:firstRowFirstColumn="0" w:firstRowLastColumn="0" w:lastRowFirstColumn="0" w:lastRowLastColumn="0"/>
            </w:pPr>
          </w:p>
        </w:tc>
        <w:tc>
          <w:tcPr>
            <w:tcW w:w="1373" w:type="dxa"/>
          </w:tcPr>
          <w:p w:rsidR="0036338C" w:rsidP="0020393E" w:rsidRDefault="0036338C" w14:paraId="4CD533DD" w14:textId="77777777">
            <w:pPr>
              <w:cnfStyle w:val="000000000000" w:firstRow="0" w:lastRow="0" w:firstColumn="0" w:lastColumn="0" w:oddVBand="0" w:evenVBand="0" w:oddHBand="0" w:evenHBand="0" w:firstRowFirstColumn="0" w:firstRowLastColumn="0" w:lastRowFirstColumn="0" w:lastRowLastColumn="0"/>
            </w:pPr>
          </w:p>
        </w:tc>
        <w:tc>
          <w:tcPr>
            <w:tcW w:w="1767" w:type="dxa"/>
          </w:tcPr>
          <w:p w:rsidR="0036338C" w:rsidP="0020393E" w:rsidRDefault="0036338C" w14:paraId="2A337589" w14:textId="77777777">
            <w:pPr>
              <w:cnfStyle w:val="000000000000" w:firstRow="0" w:lastRow="0" w:firstColumn="0" w:lastColumn="0" w:oddVBand="0" w:evenVBand="0" w:oddHBand="0" w:evenHBand="0" w:firstRowFirstColumn="0" w:firstRowLastColumn="0" w:lastRowFirstColumn="0" w:lastRowLastColumn="0"/>
            </w:pPr>
          </w:p>
        </w:tc>
      </w:tr>
      <w:tr w:rsidR="0036338C" w:rsidTr="00CB0CEF" w14:paraId="5C02FCE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63" w:type="dxa"/>
          </w:tcPr>
          <w:p w:rsidRPr="00AF6CDD" w:rsidR="0036338C" w:rsidP="0020393E" w:rsidRDefault="0036338C" w14:paraId="23645EC1" w14:textId="47312DA8">
            <w:pPr>
              <w:rPr>
                <w:rFonts w:ascii="Arial" w:hAnsi="Arial" w:cs="Arial"/>
                <w:b w:val="0"/>
                <w:bCs w:val="0"/>
                <w:sz w:val="24"/>
                <w:szCs w:val="24"/>
              </w:rPr>
            </w:pPr>
            <w:r w:rsidRPr="00AF6CDD">
              <w:rPr>
                <w:rFonts w:ascii="Arial" w:hAnsi="Arial" w:cs="Arial"/>
                <w:b w:val="0"/>
                <w:bCs w:val="0"/>
                <w:sz w:val="24"/>
                <w:szCs w:val="24"/>
              </w:rPr>
              <w:t>Spare keys</w:t>
            </w:r>
          </w:p>
        </w:tc>
        <w:tc>
          <w:tcPr>
            <w:tcW w:w="1373" w:type="dxa"/>
          </w:tcPr>
          <w:p w:rsidR="0036338C" w:rsidP="0020393E" w:rsidRDefault="0036338C" w14:paraId="5C93C49D" w14:textId="77777777">
            <w:pPr>
              <w:cnfStyle w:val="000000100000" w:firstRow="0" w:lastRow="0" w:firstColumn="0" w:lastColumn="0" w:oddVBand="0" w:evenVBand="0" w:oddHBand="1" w:evenHBand="0" w:firstRowFirstColumn="0" w:firstRowLastColumn="0" w:lastRowFirstColumn="0" w:lastRowLastColumn="0"/>
            </w:pPr>
          </w:p>
        </w:tc>
        <w:tc>
          <w:tcPr>
            <w:tcW w:w="1373" w:type="dxa"/>
          </w:tcPr>
          <w:p w:rsidR="0036338C" w:rsidP="0020393E" w:rsidRDefault="0036338C" w14:paraId="2BEAA536" w14:textId="77777777">
            <w:pPr>
              <w:cnfStyle w:val="000000100000" w:firstRow="0" w:lastRow="0" w:firstColumn="0" w:lastColumn="0" w:oddVBand="0" w:evenVBand="0" w:oddHBand="1" w:evenHBand="0" w:firstRowFirstColumn="0" w:firstRowLastColumn="0" w:lastRowFirstColumn="0" w:lastRowLastColumn="0"/>
            </w:pPr>
          </w:p>
        </w:tc>
        <w:tc>
          <w:tcPr>
            <w:tcW w:w="1767" w:type="dxa"/>
          </w:tcPr>
          <w:p w:rsidR="0036338C" w:rsidP="0020393E" w:rsidRDefault="0036338C" w14:paraId="63D0CADA" w14:textId="77777777">
            <w:pPr>
              <w:cnfStyle w:val="000000100000" w:firstRow="0" w:lastRow="0" w:firstColumn="0" w:lastColumn="0" w:oddVBand="0" w:evenVBand="0" w:oddHBand="1" w:evenHBand="0" w:firstRowFirstColumn="0" w:firstRowLastColumn="0" w:lastRowFirstColumn="0" w:lastRowLastColumn="0"/>
            </w:pPr>
          </w:p>
        </w:tc>
      </w:tr>
      <w:tr w:rsidR="0036338C" w:rsidTr="00CB0CEF" w14:paraId="3273B8B2" w14:textId="77777777">
        <w:trPr>
          <w:trHeight w:val="280"/>
        </w:trPr>
        <w:tc>
          <w:tcPr>
            <w:cnfStyle w:val="001000000000" w:firstRow="0" w:lastRow="0" w:firstColumn="1" w:lastColumn="0" w:oddVBand="0" w:evenVBand="0" w:oddHBand="0" w:evenHBand="0" w:firstRowFirstColumn="0" w:firstRowLastColumn="0" w:lastRowFirstColumn="0" w:lastRowLastColumn="0"/>
            <w:tcW w:w="8663" w:type="dxa"/>
          </w:tcPr>
          <w:p w:rsidRPr="00AF6CDD" w:rsidR="0036338C" w:rsidP="0020393E" w:rsidRDefault="0036338C" w14:paraId="6768AEF6" w14:textId="4F01F14A">
            <w:pPr>
              <w:rPr>
                <w:rFonts w:ascii="Arial" w:hAnsi="Arial" w:cs="Arial"/>
                <w:b w:val="0"/>
                <w:bCs w:val="0"/>
                <w:sz w:val="24"/>
                <w:szCs w:val="24"/>
              </w:rPr>
            </w:pPr>
            <w:r w:rsidRPr="00AF6CDD">
              <w:rPr>
                <w:rFonts w:ascii="Arial" w:hAnsi="Arial" w:cs="Arial"/>
                <w:b w:val="0"/>
                <w:bCs w:val="0"/>
                <w:sz w:val="24"/>
                <w:szCs w:val="24"/>
              </w:rPr>
              <w:t>Data backup</w:t>
            </w:r>
          </w:p>
        </w:tc>
        <w:tc>
          <w:tcPr>
            <w:tcW w:w="1373" w:type="dxa"/>
          </w:tcPr>
          <w:p w:rsidR="0036338C" w:rsidP="0020393E" w:rsidRDefault="0036338C" w14:paraId="360CF440" w14:textId="77777777">
            <w:pPr>
              <w:cnfStyle w:val="000000000000" w:firstRow="0" w:lastRow="0" w:firstColumn="0" w:lastColumn="0" w:oddVBand="0" w:evenVBand="0" w:oddHBand="0" w:evenHBand="0" w:firstRowFirstColumn="0" w:firstRowLastColumn="0" w:lastRowFirstColumn="0" w:lastRowLastColumn="0"/>
            </w:pPr>
          </w:p>
        </w:tc>
        <w:tc>
          <w:tcPr>
            <w:tcW w:w="1373" w:type="dxa"/>
          </w:tcPr>
          <w:p w:rsidR="0036338C" w:rsidP="0020393E" w:rsidRDefault="0036338C" w14:paraId="2A030FC5" w14:textId="77777777">
            <w:pPr>
              <w:cnfStyle w:val="000000000000" w:firstRow="0" w:lastRow="0" w:firstColumn="0" w:lastColumn="0" w:oddVBand="0" w:evenVBand="0" w:oddHBand="0" w:evenHBand="0" w:firstRowFirstColumn="0" w:firstRowLastColumn="0" w:lastRowFirstColumn="0" w:lastRowLastColumn="0"/>
            </w:pPr>
          </w:p>
        </w:tc>
        <w:tc>
          <w:tcPr>
            <w:tcW w:w="1767" w:type="dxa"/>
          </w:tcPr>
          <w:p w:rsidR="0036338C" w:rsidP="0020393E" w:rsidRDefault="0036338C" w14:paraId="5280CE35" w14:textId="77777777">
            <w:pPr>
              <w:cnfStyle w:val="000000000000" w:firstRow="0" w:lastRow="0" w:firstColumn="0" w:lastColumn="0" w:oddVBand="0" w:evenVBand="0" w:oddHBand="0" w:evenHBand="0" w:firstRowFirstColumn="0" w:firstRowLastColumn="0" w:lastRowFirstColumn="0" w:lastRowLastColumn="0"/>
            </w:pPr>
          </w:p>
        </w:tc>
      </w:tr>
      <w:tr w:rsidR="00AF6CDD" w:rsidTr="00CB0CEF" w14:paraId="44850D2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63" w:type="dxa"/>
            <w:tcBorders>
              <w:top w:val="nil"/>
              <w:left w:val="single" w:color="BFBFBF" w:sz="8" w:space="0"/>
              <w:bottom w:val="single" w:color="BFBFBF" w:sz="8" w:space="0"/>
              <w:right w:val="single" w:color="BFBFBF" w:sz="8" w:space="0"/>
            </w:tcBorders>
            <w:shd w:val="clear" w:color="auto" w:fill="F2F2F2"/>
            <w:vAlign w:val="center"/>
            <w:hideMark/>
          </w:tcPr>
          <w:p w:rsidRPr="00AF6CDD" w:rsidR="00AF6CDD" w:rsidRDefault="00AF6CDD" w14:paraId="226AE4EC" w14:textId="77777777">
            <w:pPr>
              <w:rPr>
                <w:rFonts w:ascii="Arial" w:hAnsi="Arial" w:cs="Arial"/>
                <w:b w:val="0"/>
                <w:bCs w:val="0"/>
                <w:kern w:val="2"/>
                <w:sz w:val="24"/>
                <w:szCs w:val="24"/>
                <w:lang w:val="en-GB" w:eastAsia="en-GB"/>
                <w14:ligatures w14:val="standardContextual"/>
              </w:rPr>
            </w:pPr>
            <w:r w:rsidRPr="00AF6CDD">
              <w:rPr>
                <w:rFonts w:ascii="Arial" w:hAnsi="Arial" w:cs="Arial"/>
                <w:b w:val="0"/>
                <w:bCs w:val="0"/>
                <w:color w:val="000000"/>
                <w:sz w:val="24"/>
                <w:szCs w:val="24"/>
              </w:rPr>
              <w:t>Stationery</w:t>
            </w:r>
          </w:p>
        </w:tc>
        <w:tc>
          <w:tcPr>
            <w:tcW w:w="1373" w:type="dxa"/>
            <w:tcBorders>
              <w:top w:val="nil"/>
              <w:left w:val="nil"/>
              <w:bottom w:val="single" w:color="BFBFBF" w:sz="8" w:space="0"/>
              <w:right w:val="single" w:color="BFBFBF" w:sz="8" w:space="0"/>
            </w:tcBorders>
            <w:shd w:val="clear" w:color="auto" w:fill="F2F2F2"/>
            <w:vAlign w:val="center"/>
            <w:hideMark/>
          </w:tcPr>
          <w:p w:rsidR="00AF6CDD" w:rsidRDefault="00AF6CDD" w14:paraId="79DCF3E5" w14:textId="77777777">
            <w:pPr>
              <w:cnfStyle w:val="000000100000" w:firstRow="0" w:lastRow="0" w:firstColumn="0" w:lastColumn="0" w:oddVBand="0" w:evenVBand="0" w:oddHBand="1" w:evenHBand="0" w:firstRowFirstColumn="0" w:firstRowLastColumn="0" w:lastRowFirstColumn="0" w:lastRowLastColumn="0"/>
            </w:pPr>
            <w:r>
              <w:t> </w:t>
            </w:r>
          </w:p>
        </w:tc>
        <w:tc>
          <w:tcPr>
            <w:tcW w:w="1373" w:type="dxa"/>
            <w:tcBorders>
              <w:top w:val="nil"/>
              <w:left w:val="nil"/>
              <w:bottom w:val="single" w:color="BFBFBF" w:sz="8" w:space="0"/>
              <w:right w:val="single" w:color="BFBFBF" w:sz="8" w:space="0"/>
            </w:tcBorders>
            <w:shd w:val="clear" w:color="auto" w:fill="F2F2F2"/>
            <w:vAlign w:val="center"/>
            <w:hideMark/>
          </w:tcPr>
          <w:p w:rsidR="00AF6CDD" w:rsidRDefault="00AF6CDD" w14:paraId="2C8580F1" w14:textId="77777777">
            <w:pPr>
              <w:cnfStyle w:val="000000100000" w:firstRow="0" w:lastRow="0" w:firstColumn="0" w:lastColumn="0" w:oddVBand="0" w:evenVBand="0" w:oddHBand="1" w:evenHBand="0" w:firstRowFirstColumn="0" w:firstRowLastColumn="0" w:lastRowFirstColumn="0" w:lastRowLastColumn="0"/>
            </w:pPr>
            <w:r>
              <w:t> </w:t>
            </w:r>
          </w:p>
        </w:tc>
        <w:tc>
          <w:tcPr>
            <w:tcW w:w="1767" w:type="dxa"/>
            <w:tcBorders>
              <w:top w:val="nil"/>
              <w:left w:val="nil"/>
              <w:bottom w:val="single" w:color="BFBFBF" w:sz="8" w:space="0"/>
              <w:right w:val="single" w:color="BFBFBF" w:sz="8" w:space="0"/>
            </w:tcBorders>
            <w:shd w:val="clear" w:color="auto" w:fill="F2F2F2"/>
            <w:vAlign w:val="center"/>
            <w:hideMark/>
          </w:tcPr>
          <w:p w:rsidR="00AF6CDD" w:rsidRDefault="00AF6CDD" w14:paraId="18B074FF" w14:textId="77777777">
            <w:pPr>
              <w:cnfStyle w:val="000000100000" w:firstRow="0" w:lastRow="0" w:firstColumn="0" w:lastColumn="0" w:oddVBand="0" w:evenVBand="0" w:oddHBand="1" w:evenHBand="0" w:firstRowFirstColumn="0" w:firstRowLastColumn="0" w:lastRowFirstColumn="0" w:lastRowLastColumn="0"/>
            </w:pPr>
            <w:r>
              <w:t> </w:t>
            </w:r>
          </w:p>
        </w:tc>
      </w:tr>
      <w:tr w:rsidR="0036338C" w:rsidTr="00CB0CEF" w14:paraId="59E82A7E" w14:textId="77777777">
        <w:trPr>
          <w:trHeight w:val="280"/>
        </w:trPr>
        <w:tc>
          <w:tcPr>
            <w:cnfStyle w:val="001000000000" w:firstRow="0" w:lastRow="0" w:firstColumn="1" w:lastColumn="0" w:oddVBand="0" w:evenVBand="0" w:oddHBand="0" w:evenHBand="0" w:firstRowFirstColumn="0" w:firstRowLastColumn="0" w:lastRowFirstColumn="0" w:lastRowLastColumn="0"/>
            <w:tcW w:w="8663" w:type="dxa"/>
          </w:tcPr>
          <w:p w:rsidRPr="00AF6CDD" w:rsidR="0036338C" w:rsidP="0020393E" w:rsidRDefault="0036338C" w14:paraId="6A007DBD" w14:textId="57047D17">
            <w:pPr>
              <w:rPr>
                <w:rFonts w:ascii="Arial" w:hAnsi="Arial" w:cs="Arial"/>
                <w:b w:val="0"/>
                <w:bCs w:val="0"/>
                <w:sz w:val="24"/>
                <w:szCs w:val="24"/>
              </w:rPr>
            </w:pPr>
            <w:r w:rsidRPr="00AF6CDD">
              <w:rPr>
                <w:rFonts w:ascii="Arial" w:hAnsi="Arial" w:cs="Arial"/>
                <w:b w:val="0"/>
                <w:bCs w:val="0"/>
                <w:sz w:val="24"/>
                <w:szCs w:val="24"/>
              </w:rPr>
              <w:t>First aid kit</w:t>
            </w:r>
          </w:p>
        </w:tc>
        <w:tc>
          <w:tcPr>
            <w:tcW w:w="1373" w:type="dxa"/>
          </w:tcPr>
          <w:p w:rsidR="0036338C" w:rsidP="0020393E" w:rsidRDefault="0036338C" w14:paraId="2FE4AE60" w14:textId="77777777">
            <w:pPr>
              <w:cnfStyle w:val="000000000000" w:firstRow="0" w:lastRow="0" w:firstColumn="0" w:lastColumn="0" w:oddVBand="0" w:evenVBand="0" w:oddHBand="0" w:evenHBand="0" w:firstRowFirstColumn="0" w:firstRowLastColumn="0" w:lastRowFirstColumn="0" w:lastRowLastColumn="0"/>
            </w:pPr>
          </w:p>
        </w:tc>
        <w:tc>
          <w:tcPr>
            <w:tcW w:w="1373" w:type="dxa"/>
          </w:tcPr>
          <w:p w:rsidR="0036338C" w:rsidP="0020393E" w:rsidRDefault="0036338C" w14:paraId="7302763C" w14:textId="77777777">
            <w:pPr>
              <w:cnfStyle w:val="000000000000" w:firstRow="0" w:lastRow="0" w:firstColumn="0" w:lastColumn="0" w:oddVBand="0" w:evenVBand="0" w:oddHBand="0" w:evenHBand="0" w:firstRowFirstColumn="0" w:firstRowLastColumn="0" w:lastRowFirstColumn="0" w:lastRowLastColumn="0"/>
            </w:pPr>
          </w:p>
        </w:tc>
        <w:tc>
          <w:tcPr>
            <w:tcW w:w="1767" w:type="dxa"/>
          </w:tcPr>
          <w:p w:rsidR="0036338C" w:rsidP="0020393E" w:rsidRDefault="0036338C" w14:paraId="407EC213" w14:textId="77777777">
            <w:pPr>
              <w:cnfStyle w:val="000000000000" w:firstRow="0" w:lastRow="0" w:firstColumn="0" w:lastColumn="0" w:oddVBand="0" w:evenVBand="0" w:oddHBand="0" w:evenHBand="0" w:firstRowFirstColumn="0" w:firstRowLastColumn="0" w:lastRowFirstColumn="0" w:lastRowLastColumn="0"/>
            </w:pPr>
          </w:p>
        </w:tc>
      </w:tr>
      <w:tr w:rsidR="0036338C" w:rsidTr="00CB0CEF" w14:paraId="216A451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63" w:type="dxa"/>
          </w:tcPr>
          <w:p w:rsidRPr="00AF6CDD" w:rsidR="0036338C" w:rsidP="0020393E" w:rsidRDefault="0036338C" w14:paraId="62ED8723" w14:textId="472D90F1">
            <w:pPr>
              <w:rPr>
                <w:rFonts w:ascii="Arial" w:hAnsi="Arial" w:cs="Arial"/>
                <w:b w:val="0"/>
                <w:bCs w:val="0"/>
                <w:sz w:val="24"/>
                <w:szCs w:val="24"/>
              </w:rPr>
            </w:pPr>
            <w:r w:rsidRPr="00AF6CDD">
              <w:rPr>
                <w:rFonts w:ascii="Arial" w:hAnsi="Arial" w:cs="Arial"/>
                <w:b w:val="0"/>
                <w:bCs w:val="0"/>
                <w:sz w:val="24"/>
                <w:szCs w:val="24"/>
              </w:rPr>
              <w:t>Torch</w:t>
            </w:r>
          </w:p>
        </w:tc>
        <w:tc>
          <w:tcPr>
            <w:tcW w:w="1373" w:type="dxa"/>
          </w:tcPr>
          <w:p w:rsidR="0036338C" w:rsidP="0020393E" w:rsidRDefault="0036338C" w14:paraId="4D66323D" w14:textId="77777777">
            <w:pPr>
              <w:cnfStyle w:val="000000100000" w:firstRow="0" w:lastRow="0" w:firstColumn="0" w:lastColumn="0" w:oddVBand="0" w:evenVBand="0" w:oddHBand="1" w:evenHBand="0" w:firstRowFirstColumn="0" w:firstRowLastColumn="0" w:lastRowFirstColumn="0" w:lastRowLastColumn="0"/>
            </w:pPr>
          </w:p>
        </w:tc>
        <w:tc>
          <w:tcPr>
            <w:tcW w:w="1373" w:type="dxa"/>
          </w:tcPr>
          <w:p w:rsidR="0036338C" w:rsidP="0020393E" w:rsidRDefault="0036338C" w14:paraId="64A236E8" w14:textId="77777777">
            <w:pPr>
              <w:cnfStyle w:val="000000100000" w:firstRow="0" w:lastRow="0" w:firstColumn="0" w:lastColumn="0" w:oddVBand="0" w:evenVBand="0" w:oddHBand="1" w:evenHBand="0" w:firstRowFirstColumn="0" w:firstRowLastColumn="0" w:lastRowFirstColumn="0" w:lastRowLastColumn="0"/>
            </w:pPr>
          </w:p>
        </w:tc>
        <w:tc>
          <w:tcPr>
            <w:tcW w:w="1767" w:type="dxa"/>
          </w:tcPr>
          <w:p w:rsidR="0036338C" w:rsidP="0020393E" w:rsidRDefault="0036338C" w14:paraId="3E215FF0" w14:textId="77777777">
            <w:pPr>
              <w:cnfStyle w:val="000000100000" w:firstRow="0" w:lastRow="0" w:firstColumn="0" w:lastColumn="0" w:oddVBand="0" w:evenVBand="0" w:oddHBand="1" w:evenHBand="0" w:firstRowFirstColumn="0" w:firstRowLastColumn="0" w:lastRowFirstColumn="0" w:lastRowLastColumn="0"/>
            </w:pPr>
          </w:p>
        </w:tc>
      </w:tr>
      <w:tr w:rsidR="0036338C" w:rsidTr="00CB0CEF" w14:paraId="4E2B6545" w14:textId="77777777">
        <w:trPr>
          <w:trHeight w:val="290"/>
        </w:trPr>
        <w:tc>
          <w:tcPr>
            <w:cnfStyle w:val="001000000000" w:firstRow="0" w:lastRow="0" w:firstColumn="1" w:lastColumn="0" w:oddVBand="0" w:evenVBand="0" w:oddHBand="0" w:evenHBand="0" w:firstRowFirstColumn="0" w:firstRowLastColumn="0" w:lastRowFirstColumn="0" w:lastRowLastColumn="0"/>
            <w:tcW w:w="8663" w:type="dxa"/>
          </w:tcPr>
          <w:p w:rsidRPr="00AF6CDD" w:rsidR="0036338C" w:rsidP="0020393E" w:rsidRDefault="0036338C" w14:paraId="7EC4E11A" w14:textId="7A63B8A4">
            <w:pPr>
              <w:rPr>
                <w:rFonts w:ascii="Arial" w:hAnsi="Arial" w:cs="Arial"/>
                <w:b w:val="0"/>
                <w:bCs w:val="0"/>
                <w:sz w:val="24"/>
                <w:szCs w:val="24"/>
              </w:rPr>
            </w:pPr>
            <w:r w:rsidRPr="00AF6CDD">
              <w:rPr>
                <w:rFonts w:ascii="Arial" w:hAnsi="Arial" w:cs="Arial"/>
                <w:b w:val="0"/>
                <w:bCs w:val="0"/>
                <w:sz w:val="24"/>
                <w:szCs w:val="24"/>
              </w:rPr>
              <w:t>Spare Batteries</w:t>
            </w:r>
          </w:p>
        </w:tc>
        <w:tc>
          <w:tcPr>
            <w:tcW w:w="1373" w:type="dxa"/>
          </w:tcPr>
          <w:p w:rsidR="0036338C" w:rsidP="0020393E" w:rsidRDefault="0036338C" w14:paraId="61FC8E31" w14:textId="77777777">
            <w:pPr>
              <w:cnfStyle w:val="000000000000" w:firstRow="0" w:lastRow="0" w:firstColumn="0" w:lastColumn="0" w:oddVBand="0" w:evenVBand="0" w:oddHBand="0" w:evenHBand="0" w:firstRowFirstColumn="0" w:firstRowLastColumn="0" w:lastRowFirstColumn="0" w:lastRowLastColumn="0"/>
            </w:pPr>
          </w:p>
        </w:tc>
        <w:tc>
          <w:tcPr>
            <w:tcW w:w="1373" w:type="dxa"/>
          </w:tcPr>
          <w:p w:rsidR="0036338C" w:rsidP="0020393E" w:rsidRDefault="0036338C" w14:paraId="30E7CF6F" w14:textId="77777777">
            <w:pPr>
              <w:cnfStyle w:val="000000000000" w:firstRow="0" w:lastRow="0" w:firstColumn="0" w:lastColumn="0" w:oddVBand="0" w:evenVBand="0" w:oddHBand="0" w:evenHBand="0" w:firstRowFirstColumn="0" w:firstRowLastColumn="0" w:lastRowFirstColumn="0" w:lastRowLastColumn="0"/>
            </w:pPr>
          </w:p>
        </w:tc>
        <w:tc>
          <w:tcPr>
            <w:tcW w:w="1767" w:type="dxa"/>
          </w:tcPr>
          <w:p w:rsidR="0036338C" w:rsidP="0020393E" w:rsidRDefault="0036338C" w14:paraId="480DA2CD" w14:textId="77777777">
            <w:pPr>
              <w:cnfStyle w:val="000000000000" w:firstRow="0" w:lastRow="0" w:firstColumn="0" w:lastColumn="0" w:oddVBand="0" w:evenVBand="0" w:oddHBand="0" w:evenHBand="0" w:firstRowFirstColumn="0" w:firstRowLastColumn="0" w:lastRowFirstColumn="0" w:lastRowLastColumn="0"/>
            </w:pPr>
          </w:p>
        </w:tc>
      </w:tr>
    </w:tbl>
    <w:p w:rsidRPr="00AF6CDD" w:rsidR="00AF6CDD" w:rsidRDefault="00AF6CDD" w14:paraId="2CDD5087" w14:textId="77777777">
      <w:pPr>
        <w:pStyle w:val="Heading1"/>
        <w:rPr>
          <w:rFonts w:ascii="Arial" w:hAnsi="Arial" w:cs="Arial"/>
          <w:kern w:val="36"/>
          <w:sz w:val="24"/>
          <w:szCs w:val="24"/>
          <w:lang w:val="en-GB" w:eastAsia="en-GB"/>
          <w14:ligatures w14:val="standardContextual"/>
        </w:rPr>
      </w:pPr>
      <w:r w:rsidRPr="00AF6CDD">
        <w:rPr>
          <w:rFonts w:ascii="Arial" w:hAnsi="Arial" w:cs="Arial"/>
          <w:sz w:val="24"/>
          <w:szCs w:val="24"/>
        </w:rPr>
        <w:t>Summary</w:t>
      </w:r>
    </w:p>
    <w:p w:rsidRPr="00AF6CDD" w:rsidR="00AF6CDD" w:rsidP="00E13A33" w:rsidRDefault="00AF6CDD" w14:paraId="4E065180" w14:textId="77777777">
      <w:pPr>
        <w:spacing w:after="0"/>
        <w:rPr>
          <w:rFonts w:ascii="Arial" w:hAnsi="Arial" w:cs="Arial"/>
          <w:kern w:val="2"/>
          <w:sz w:val="24"/>
          <w:szCs w:val="24"/>
          <w:lang w:val="en-GB" w:eastAsia="en-GB"/>
          <w14:ligatures w14:val="standardContextual"/>
        </w:rPr>
      </w:pPr>
      <w:r w:rsidRPr="00AF6CDD">
        <w:rPr>
          <w:rFonts w:ascii="Arial" w:hAnsi="Arial" w:cs="Arial"/>
          <w:sz w:val="24"/>
          <w:szCs w:val="24"/>
        </w:rPr>
        <w:t>This assessment provides a simple snapshot of your current business continuity arrangements and helps identify areas that may need further attention.</w:t>
      </w:r>
    </w:p>
    <w:p w:rsidRPr="00AF6CDD" w:rsidR="00AF6CDD" w:rsidRDefault="00AF6CDD" w14:paraId="550D218A" w14:textId="199358D2">
      <w:pPr>
        <w:rPr>
          <w:rFonts w:ascii="Arial" w:hAnsi="Arial" w:cs="Arial"/>
          <w:kern w:val="2"/>
          <w:sz w:val="24"/>
          <w:szCs w:val="24"/>
          <w:lang w:val="en-GB" w:eastAsia="en-GB"/>
          <w14:ligatures w14:val="standardContextual"/>
        </w:rPr>
      </w:pPr>
      <w:r w:rsidRPr="00AF6CDD">
        <w:rPr>
          <w:rFonts w:ascii="Arial" w:hAnsi="Arial" w:cs="Arial"/>
          <w:sz w:val="24"/>
          <w:szCs w:val="24"/>
        </w:rPr>
        <w:t>If you answer no or don’t know any of the questions, these should be treated as priorities for review, action or further discussion to strengthen your resilience.</w:t>
      </w:r>
    </w:p>
    <w:sectPr w:rsidRPr="00AF6CDD" w:rsidR="00AF6CDD" w:rsidSect="00AF6CDD">
      <w:pgSz w:w="15840" w:h="12240" w:orient="landscape"/>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92018087">
    <w:abstractNumId w:val="8"/>
  </w:num>
  <w:num w:numId="2" w16cid:durableId="713310845">
    <w:abstractNumId w:val="6"/>
  </w:num>
  <w:num w:numId="3" w16cid:durableId="504128374">
    <w:abstractNumId w:val="5"/>
  </w:num>
  <w:num w:numId="4" w16cid:durableId="166210201">
    <w:abstractNumId w:val="4"/>
  </w:num>
  <w:num w:numId="5" w16cid:durableId="1740902446">
    <w:abstractNumId w:val="7"/>
  </w:num>
  <w:num w:numId="6" w16cid:durableId="1153377396">
    <w:abstractNumId w:val="3"/>
  </w:num>
  <w:num w:numId="7" w16cid:durableId="460534053">
    <w:abstractNumId w:val="2"/>
  </w:num>
  <w:num w:numId="8" w16cid:durableId="1187871691">
    <w:abstractNumId w:val="1"/>
  </w:num>
  <w:num w:numId="9" w16cid:durableId="1701512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6D62"/>
    <w:rsid w:val="0015074B"/>
    <w:rsid w:val="0029639D"/>
    <w:rsid w:val="00326F90"/>
    <w:rsid w:val="0036338C"/>
    <w:rsid w:val="003A359D"/>
    <w:rsid w:val="005E271D"/>
    <w:rsid w:val="006B6D91"/>
    <w:rsid w:val="00AA1D8D"/>
    <w:rsid w:val="00AF6CDD"/>
    <w:rsid w:val="00B47730"/>
    <w:rsid w:val="00CB0664"/>
    <w:rsid w:val="00CB0CEF"/>
    <w:rsid w:val="00E13A33"/>
    <w:rsid w:val="00FC693F"/>
    <w:rsid w:val="00FE0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EDD1EF"/>
  <w14:defaultImageDpi w14:val="300"/>
  <w15:docId w15:val="{59B02003-8797-4363-9348-2267DDB2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D91"/>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1">
    <w:name w:val="Plain Table 1"/>
    <w:basedOn w:val="TableNormal"/>
    <w:uiPriority w:val="99"/>
    <w:rsid w:val="005E27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0B887B47A9F634AAE32821DC9898BE5" ma:contentTypeVersion="24" ma:contentTypeDescription="Create a new document." ma:contentTypeScope="" ma:versionID="e3860d57e367069a0a0dd90a0d72d641">
  <xsd:schema xmlns:xsd="http://www.w3.org/2001/XMLSchema" xmlns:xs="http://www.w3.org/2001/XMLSchema" xmlns:p="http://schemas.microsoft.com/office/2006/metadata/properties" xmlns:ns1="http://schemas.microsoft.com/sharepoint/v3" xmlns:ns2="6729c581-bcf1-4ad4-a4fc-09cfc575b502" xmlns:ns3="16352b08-c86b-4539-8cfa-9278ef5be202" xmlns:ns4="75304046-ffad-4f70-9f4b-bbc776f1b690" targetNamespace="http://schemas.microsoft.com/office/2006/metadata/properties" ma:root="true" ma:fieldsID="9086d91bf4a280282f6836bb8289766b" ns1:_="" ns2:_="" ns3:_="" ns4:_="">
    <xsd:import namespace="http://schemas.microsoft.com/sharepoint/v3"/>
    <xsd:import namespace="6729c581-bcf1-4ad4-a4fc-09cfc575b502"/>
    <xsd:import namespace="16352b08-c86b-4539-8cfa-9278ef5be202"/>
    <xsd:import namespace="75304046-ffad-4f70-9f4b-bbc776f1b690"/>
    <xsd:element name="properties">
      <xsd:complexType>
        <xsd:sequence>
          <xsd:element name="documentManagement">
            <xsd:complexType>
              <xsd:all>
                <xsd:element ref="ns1:PublishingStartDate" minOccurs="0"/>
                <xsd:element ref="ns1:PublishingExpirationDate" minOccurs="0"/>
                <xsd:element ref="ns2:Source_x0020_Path"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29c581-bcf1-4ad4-a4fc-09cfc575b502" elementFormDefault="qualified">
    <xsd:import namespace="http://schemas.microsoft.com/office/2006/documentManagement/types"/>
    <xsd:import namespace="http://schemas.microsoft.com/office/infopath/2007/PartnerControls"/>
    <xsd:element name="Source_x0020_Path" ma:index="10" nillable="true" ma:displayName="Source Path" ma:hidden="true" ma:internalName="Source_x0020_Path"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352b08-c86b-4539-8cfa-9278ef5be2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dc64e83e-fea5-4b19-b95e-8956ba7c3b16}" ma:internalName="TaxCatchAll" ma:showField="CatchAllData" ma:web="16352b08-c86b-4539-8cfa-9278ef5be2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Source_x0020_Path xmlns="6729c581-bcf1-4ad4-a4fc-09cfc575b502" xsi:nil="true"/>
    <PublishingStartDate xmlns="http://schemas.microsoft.com/sharepoint/v3" xsi:nil="true"/>
    <TaxCatchAll xmlns="75304046-ffad-4f70-9f4b-bbc776f1b690" xsi:nil="true"/>
    <lcf76f155ced4ddcb4097134ff3c332f xmlns="6729c581-bcf1-4ad4-a4fc-09cfc575b5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DAFE2C3-FD7A-4D88-AADF-250EF06BC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29c581-bcf1-4ad4-a4fc-09cfc575b502"/>
    <ds:schemaRef ds:uri="16352b08-c86b-4539-8cfa-9278ef5be202"/>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A81073-F6EA-48A1-835F-8F7954004464}">
  <ds:schemaRefs>
    <ds:schemaRef ds:uri="http://schemas.microsoft.com/sharepoint/v3/contenttype/forms"/>
  </ds:schemaRefs>
</ds:datastoreItem>
</file>

<file path=customXml/itemProps4.xml><?xml version="1.0" encoding="utf-8"?>
<ds:datastoreItem xmlns:ds="http://schemas.openxmlformats.org/officeDocument/2006/customXml" ds:itemID="{54D05AC4-ECC6-4A92-823E-2705ADB9D43A}">
  <ds:schemaRefs>
    <ds:schemaRef ds:uri="http://schemas.microsoft.com/office/2006/metadata/properties"/>
    <ds:schemaRef ds:uri="http://schemas.microsoft.com/office/infopath/2007/PartnerControls"/>
    <ds:schemaRef ds:uri="http://schemas.microsoft.com/sharepoint/v3"/>
    <ds:schemaRef ds:uri="6729c581-bcf1-4ad4-a4fc-09cfc575b502"/>
    <ds:schemaRef ds:uri="75304046-ffad-4f70-9f4b-bbc776f1b69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468</Words>
  <Characters>2469</Characters>
  <Application>Microsoft Office Word</Application>
  <DocSecurity>0</DocSecurity>
  <Lines>274</Lines>
  <Paragraphs>122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10-minute-bc-assessment-sme</dc:title>
  <dc:subject>
  </dc:subject>
  <dc:creator>python-docx</dc:creator>
  <cp:keywords>
  </cp:keywords>
  <dc:description>generated by python-docx</dc:description>
  <cp:lastModifiedBy>Jasper Bailey</cp:lastModifiedBy>
  <cp:revision>2</cp:revision>
  <cp:lastPrinted>2026-06-02T13:35:00Z</cp:lastPrinted>
  <dcterms:created xsi:type="dcterms:W3CDTF">2026-06-02T13:42:00Z</dcterms:created>
  <dcterms:modified xsi:type="dcterms:W3CDTF">2026-07-28T08:47:12Z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0x01010030B887B47A9F634AAE32821DC9898BE5</vt:lpwstr>
  </property>
  <property fmtid="{D5CDD505-2E9C-101B-9397-08002B2CF9AE}" pid="3" name="MediaServiceImageTags">
    <vt:lpwstr/>
  </property>
</Properties>
</file>